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5AD7" w14:textId="3717C754" w:rsidR="000179BC" w:rsidRDefault="00F628E1">
      <w:pPr>
        <w:spacing w:after="480"/>
        <w:jc w:val="center"/>
      </w:pPr>
      <w:r>
        <w:rPr>
          <w:b/>
          <w:sz w:val="32"/>
        </w:rPr>
        <w:t xml:space="preserve">90-DAY LEASE RENEWAL &amp; </w:t>
      </w:r>
      <w:r w:rsidR="00C74AC4">
        <w:rPr>
          <w:b/>
          <w:sz w:val="32"/>
        </w:rPr>
        <w:t>U.S. CITIZENSHIP/</w:t>
      </w:r>
      <w:r w:rsidR="0013403C">
        <w:rPr>
          <w:b/>
          <w:sz w:val="32"/>
        </w:rPr>
        <w:t>LEGAL</w:t>
      </w:r>
      <w:r w:rsidR="00C74AC4">
        <w:rPr>
          <w:b/>
          <w:sz w:val="32"/>
        </w:rPr>
        <w:t xml:space="preserve"> STATUS </w:t>
      </w:r>
      <w:r>
        <w:rPr>
          <w:b/>
          <w:sz w:val="32"/>
        </w:rPr>
        <w:t>VERIFICATION NOTICE</w:t>
      </w:r>
    </w:p>
    <w:p w14:paraId="64AAC5F7" w14:textId="18B8CD87" w:rsidR="000179BC" w:rsidRPr="00393E9D" w:rsidRDefault="00F628E1">
      <w:pPr>
        <w:spacing w:after="120"/>
        <w:rPr>
          <w:b/>
          <w:u w:val="single"/>
        </w:rPr>
      </w:pPr>
      <w:r w:rsidRPr="00393E9D">
        <w:rPr>
          <w:b/>
        </w:rPr>
        <w:t>Date</w:t>
      </w:r>
      <w:r w:rsidR="00A021C5" w:rsidRPr="00393E9D">
        <w:rPr>
          <w:b/>
        </w:rPr>
        <w:t xml:space="preserve">:  </w:t>
      </w:r>
      <w:sdt>
        <w:sdtPr>
          <w:rPr>
            <w:b/>
          </w:rPr>
          <w:id w:val="-141512305"/>
          <w:placeholder>
            <w:docPart w:val="DefaultPlaceholder_-1854013440"/>
          </w:placeholder>
          <w:showingPlcHdr/>
          <w:text/>
        </w:sdtPr>
        <w:sdtEndPr/>
        <w:sdtContent>
          <w:r w:rsidR="003B1B60" w:rsidRPr="003B1B60">
            <w:rPr>
              <w:rStyle w:val="PlaceholderText"/>
              <w:u w:val="single"/>
            </w:rPr>
            <w:t>Click or tap here to enter text.</w:t>
          </w:r>
        </w:sdtContent>
      </w:sdt>
    </w:p>
    <w:p w14:paraId="06798919" w14:textId="2E57B0A9" w:rsidR="000179BC" w:rsidRPr="00393E9D" w:rsidRDefault="00F628E1">
      <w:pPr>
        <w:spacing w:after="120"/>
        <w:rPr>
          <w:b/>
          <w:u w:val="single"/>
        </w:rPr>
      </w:pPr>
      <w:r w:rsidRPr="00393E9D">
        <w:rPr>
          <w:b/>
        </w:rPr>
        <w:t>Property Name:</w:t>
      </w:r>
      <w:r w:rsidR="00A021C5" w:rsidRPr="00393E9D">
        <w:rPr>
          <w:b/>
        </w:rPr>
        <w:t xml:space="preserve">  </w:t>
      </w:r>
      <w:sdt>
        <w:sdtPr>
          <w:rPr>
            <w:b/>
          </w:rPr>
          <w:id w:val="-311402241"/>
          <w:placeholder>
            <w:docPart w:val="DefaultPlaceholder_-1854013440"/>
          </w:placeholder>
          <w:showingPlcHdr/>
          <w:text/>
        </w:sdtPr>
        <w:sdtEndPr/>
        <w:sdtContent>
          <w:r w:rsidR="003B1B60" w:rsidRPr="003B1B60">
            <w:rPr>
              <w:rStyle w:val="PlaceholderText"/>
              <w:u w:val="single"/>
            </w:rPr>
            <w:t>Click or tap here to enter text.</w:t>
          </w:r>
        </w:sdtContent>
      </w:sdt>
    </w:p>
    <w:p w14:paraId="7F8D3AED" w14:textId="09EC14F6" w:rsidR="000179BC" w:rsidRPr="00393E9D" w:rsidRDefault="00F628E1">
      <w:pPr>
        <w:spacing w:after="120"/>
        <w:rPr>
          <w:b/>
          <w:u w:val="single"/>
        </w:rPr>
      </w:pPr>
      <w:r w:rsidRPr="00393E9D">
        <w:rPr>
          <w:b/>
        </w:rPr>
        <w:t>Tenant Name</w:t>
      </w:r>
      <w:r w:rsidR="003B1B60">
        <w:rPr>
          <w:b/>
        </w:rPr>
        <w:t xml:space="preserve">:  </w:t>
      </w:r>
      <w:sdt>
        <w:sdtPr>
          <w:rPr>
            <w:b/>
          </w:rPr>
          <w:id w:val="1583864350"/>
          <w:placeholder>
            <w:docPart w:val="DefaultPlaceholder_-1854013440"/>
          </w:placeholder>
          <w:showingPlcHdr/>
          <w:text/>
        </w:sdtPr>
        <w:sdtEndPr/>
        <w:sdtContent>
          <w:r w:rsidR="003B1B60" w:rsidRPr="003B1B60">
            <w:rPr>
              <w:rStyle w:val="PlaceholderText"/>
              <w:u w:val="single"/>
            </w:rPr>
            <w:t>Click or tap here to enter text.</w:t>
          </w:r>
        </w:sdtContent>
      </w:sdt>
    </w:p>
    <w:p w14:paraId="681A94CD" w14:textId="46A626C4" w:rsidR="000179BC" w:rsidRPr="00393E9D" w:rsidRDefault="00F628E1">
      <w:pPr>
        <w:spacing w:after="120"/>
        <w:rPr>
          <w:b/>
          <w:u w:val="single"/>
        </w:rPr>
      </w:pPr>
      <w:r w:rsidRPr="00393E9D">
        <w:rPr>
          <w:b/>
        </w:rPr>
        <w:t xml:space="preserve">Unit Number: </w:t>
      </w:r>
      <w:sdt>
        <w:sdtPr>
          <w:rPr>
            <w:b/>
          </w:rPr>
          <w:id w:val="2029286874"/>
          <w:placeholder>
            <w:docPart w:val="DefaultPlaceholder_-1854013440"/>
          </w:placeholder>
          <w:showingPlcHdr/>
          <w:text/>
        </w:sdtPr>
        <w:sdtEndPr/>
        <w:sdtContent>
          <w:r w:rsidR="003B1B60" w:rsidRPr="003B1B60">
            <w:rPr>
              <w:rStyle w:val="PlaceholderText"/>
              <w:u w:val="single"/>
            </w:rPr>
            <w:t>Click or tap here to enter text.</w:t>
          </w:r>
        </w:sdtContent>
      </w:sdt>
    </w:p>
    <w:p w14:paraId="5ECB5C4E" w14:textId="18942D59" w:rsidR="000179BC" w:rsidRPr="00393E9D" w:rsidRDefault="00F628E1">
      <w:pPr>
        <w:spacing w:after="120"/>
        <w:rPr>
          <w:b/>
          <w:u w:val="single"/>
        </w:rPr>
      </w:pPr>
      <w:proofErr w:type="gramStart"/>
      <w:r w:rsidRPr="00393E9D">
        <w:rPr>
          <w:b/>
        </w:rPr>
        <w:t>Lease</w:t>
      </w:r>
      <w:proofErr w:type="gramEnd"/>
      <w:r w:rsidRPr="00393E9D">
        <w:rPr>
          <w:b/>
        </w:rPr>
        <w:t xml:space="preserve"> Expiration Date: </w:t>
      </w:r>
      <w:sdt>
        <w:sdtPr>
          <w:rPr>
            <w:b/>
          </w:rPr>
          <w:id w:val="-265778216"/>
          <w:placeholder>
            <w:docPart w:val="DefaultPlaceholder_-1854013440"/>
          </w:placeholder>
          <w:showingPlcHdr/>
          <w:text/>
        </w:sdtPr>
        <w:sdtEndPr/>
        <w:sdtContent>
          <w:r w:rsidR="003B1B60" w:rsidRPr="003B1B60">
            <w:rPr>
              <w:rStyle w:val="PlaceholderText"/>
              <w:u w:val="single"/>
            </w:rPr>
            <w:t>Click or tap here to enter text.</w:t>
          </w:r>
        </w:sdtContent>
      </w:sdt>
    </w:p>
    <w:p w14:paraId="3AA10264" w14:textId="77777777" w:rsidR="000179BC" w:rsidRDefault="00F628E1">
      <w:pPr>
        <w:spacing w:after="240"/>
      </w:pPr>
      <w:r>
        <w:br/>
        <w:t>Dear Resident(s),</w:t>
      </w:r>
    </w:p>
    <w:p w14:paraId="4DE578F0" w14:textId="50AB1E8C" w:rsidR="000179BC" w:rsidRDefault="00F628E1" w:rsidP="00726C49">
      <w:pPr>
        <w:spacing w:after="240"/>
        <w:jc w:val="both"/>
      </w:pPr>
      <w:r>
        <w:t xml:space="preserve">As we approach the expiration of your current lease term on </w:t>
      </w:r>
      <w:sdt>
        <w:sdtPr>
          <w:id w:val="1606463511"/>
          <w:placeholder>
            <w:docPart w:val="DefaultPlaceholder_-1854013440"/>
          </w:placeholder>
          <w:showingPlcHdr/>
          <w:text/>
        </w:sdtPr>
        <w:sdtEndPr/>
        <w:sdtContent>
          <w:r w:rsidR="003B1B60" w:rsidRPr="003B1B60">
            <w:rPr>
              <w:rStyle w:val="PlaceholderText"/>
              <w:u w:val="single"/>
            </w:rPr>
            <w:t>Click or tap here to enter text.</w:t>
          </w:r>
        </w:sdtContent>
      </w:sdt>
      <w:r w:rsidR="00EC2AEA">
        <w:t xml:space="preserve"> </w:t>
      </w:r>
      <w:r w:rsidR="003B1B60">
        <w:t>,</w:t>
      </w:r>
      <w:r>
        <w:t>we</w:t>
      </w:r>
      <w:r w:rsidR="00EC2AEA">
        <w:t xml:space="preserve"> </w:t>
      </w:r>
      <w:r>
        <w:t>want to thank you for choosing to make your home with us.</w:t>
      </w:r>
    </w:p>
    <w:p w14:paraId="775D7B62" w14:textId="77777777" w:rsidR="000179BC" w:rsidRDefault="00F628E1" w:rsidP="00726C49">
      <w:pPr>
        <w:spacing w:after="240"/>
        <w:jc w:val="both"/>
      </w:pPr>
      <w:r>
        <w:t xml:space="preserve">We are contacting you </w:t>
      </w:r>
      <w:r>
        <w:rPr>
          <w:b/>
        </w:rPr>
        <w:t>90 days prior to your lease expiration</w:t>
      </w:r>
      <w:r>
        <w:t xml:space="preserve"> regarding a mandatory federal and state regulatory requirement that affects your upcoming lease renewal.</w:t>
      </w:r>
    </w:p>
    <w:p w14:paraId="58534387" w14:textId="77777777" w:rsidR="000179BC" w:rsidRDefault="00F628E1" w:rsidP="00726C49">
      <w:pPr>
        <w:spacing w:before="240" w:after="120"/>
        <w:jc w:val="both"/>
      </w:pPr>
      <w:r>
        <w:rPr>
          <w:b/>
        </w:rPr>
        <w:t>Why Is This Check Required?</w:t>
      </w:r>
    </w:p>
    <w:p w14:paraId="0D5285A9" w14:textId="474D552E" w:rsidR="000179BC" w:rsidRDefault="00F628E1" w:rsidP="00726C49">
      <w:pPr>
        <w:spacing w:after="240"/>
        <w:jc w:val="both"/>
      </w:pPr>
      <w:r>
        <w:t xml:space="preserve">Our property receives federal funding and is monitored by the Texas Department of Housing and Community Affairs (TDHCA). Under the Personal Responsibility and Work Opportunity Reconciliation Act </w:t>
      </w:r>
      <w:r w:rsidR="006A62F8">
        <w:t xml:space="preserve">of 1996 </w:t>
      </w:r>
      <w:r>
        <w:t xml:space="preserve">(PRWORA), </w:t>
      </w:r>
      <w:r w:rsidR="00BD465F">
        <w:t xml:space="preserve">TDHCA requires that </w:t>
      </w:r>
      <w:r>
        <w:t xml:space="preserve">all lease signers residing in federally assisted housing developments must </w:t>
      </w:r>
      <w:r w:rsidR="006A62F8">
        <w:t xml:space="preserve">be confirmed as U.S. Citizens or Qualified Aliens </w:t>
      </w:r>
      <w:r>
        <w:t xml:space="preserve"> to remain eligible for housing assistance.</w:t>
      </w:r>
    </w:p>
    <w:p w14:paraId="31DE6249" w14:textId="7CC99BF4" w:rsidR="000179BC" w:rsidRDefault="006A62F8" w:rsidP="00726C49">
      <w:pPr>
        <w:spacing w:before="240" w:after="120"/>
        <w:jc w:val="both"/>
      </w:pPr>
      <w:r>
        <w:rPr>
          <w:b/>
        </w:rPr>
        <w:t>How is this Check conducted</w:t>
      </w:r>
      <w:r w:rsidR="00F628E1">
        <w:rPr>
          <w:b/>
        </w:rPr>
        <w:t>?</w:t>
      </w:r>
    </w:p>
    <w:p w14:paraId="3B6D65B5" w14:textId="3C9C70D7" w:rsidR="000179BC" w:rsidRDefault="00F628E1" w:rsidP="00726C49">
      <w:pPr>
        <w:spacing w:after="240"/>
        <w:jc w:val="both"/>
      </w:pPr>
      <w:r>
        <w:t xml:space="preserve">To satisfy this requirement, management is required to </w:t>
      </w:r>
      <w:r w:rsidR="006A62F8">
        <w:t xml:space="preserve">confirm U.S. Citizenship through documentation or to </w:t>
      </w:r>
      <w:r>
        <w:t xml:space="preserve">verify immigration status </w:t>
      </w:r>
      <w:r w:rsidR="006A62F8">
        <w:t xml:space="preserve">through the use of the Systematic Alien Verification for Entitlements (SAVE) </w:t>
      </w:r>
      <w:r w:rsidR="00D5735B">
        <w:t xml:space="preserve">system </w:t>
      </w:r>
      <w:r w:rsidR="006A62F8">
        <w:t xml:space="preserve">for each person signing the lease. </w:t>
      </w:r>
      <w:r>
        <w:t xml:space="preserve">SAVE  </w:t>
      </w:r>
      <w:r w:rsidR="00770DEC">
        <w:t xml:space="preserve">is an online service for staff to verify immigration status or naturalized or derived U.S. Citizenship against records contained in immigration databases. It is administered by the </w:t>
      </w:r>
      <w:r>
        <w:t>U.S. Citizenship and Immigration Services (USCIS).</w:t>
      </w:r>
    </w:p>
    <w:p w14:paraId="6EE3ACC3" w14:textId="77777777" w:rsidR="000179BC" w:rsidRDefault="00F628E1" w:rsidP="00726C49">
      <w:pPr>
        <w:spacing w:before="240" w:after="120"/>
        <w:jc w:val="both"/>
      </w:pPr>
      <w:r>
        <w:rPr>
          <w:b/>
        </w:rPr>
        <w:t>What You Need to Do</w:t>
      </w:r>
    </w:p>
    <w:p w14:paraId="2F67B724" w14:textId="77777777" w:rsidR="000179BC" w:rsidRDefault="00F628E1" w:rsidP="00726C49">
      <w:pPr>
        <w:spacing w:after="240"/>
        <w:jc w:val="both"/>
      </w:pPr>
      <w:r>
        <w:t xml:space="preserve">To process your lease renewal smoothly and prevent any disruption to your housing eligibility, please submit acceptable documentation proving citizenship or lawful immigration status to the management office within </w:t>
      </w:r>
      <w:r>
        <w:rPr>
          <w:b/>
        </w:rPr>
        <w:t>fourteen (14) days</w:t>
      </w:r>
      <w:r>
        <w:t xml:space="preserve"> of receiving this notice.</w:t>
      </w:r>
    </w:p>
    <w:p w14:paraId="38E9B51F" w14:textId="77777777" w:rsidR="000179BC" w:rsidRDefault="00F628E1" w:rsidP="00726C49">
      <w:pPr>
        <w:spacing w:after="120"/>
        <w:jc w:val="both"/>
      </w:pPr>
      <w:r>
        <w:rPr>
          <w:b/>
        </w:rPr>
        <w:t>Acceptable documentation includes, but is not limited to:</w:t>
      </w:r>
    </w:p>
    <w:p w14:paraId="78D64651" w14:textId="77777777" w:rsidR="000179BC" w:rsidRDefault="00F628E1" w:rsidP="00726C49">
      <w:pPr>
        <w:pStyle w:val="ListBullet"/>
        <w:spacing w:after="60"/>
        <w:jc w:val="both"/>
      </w:pPr>
      <w:r>
        <w:t>U.S. Passport or Passport Card</w:t>
      </w:r>
    </w:p>
    <w:p w14:paraId="4F548C62" w14:textId="77777777" w:rsidR="000179BC" w:rsidRDefault="00F628E1" w:rsidP="00726C49">
      <w:pPr>
        <w:pStyle w:val="ListBullet"/>
        <w:spacing w:after="60"/>
        <w:jc w:val="both"/>
      </w:pPr>
      <w:r>
        <w:t>Certified U.S. Birth Certificate</w:t>
      </w:r>
    </w:p>
    <w:p w14:paraId="799A6849" w14:textId="5608EC98" w:rsidR="000179BC" w:rsidRDefault="00770DEC" w:rsidP="00726C49">
      <w:pPr>
        <w:pStyle w:val="ListBullet"/>
        <w:spacing w:after="60"/>
        <w:jc w:val="both"/>
      </w:pPr>
      <w:r>
        <w:lastRenderedPageBreak/>
        <w:t>U.S. Certificate of Naturalization (Form N-550 or N-570)</w:t>
      </w:r>
    </w:p>
    <w:p w14:paraId="339FACCF" w14:textId="77777777" w:rsidR="000179BC" w:rsidRDefault="00F628E1" w:rsidP="00726C49">
      <w:pPr>
        <w:pStyle w:val="ListBullet"/>
        <w:spacing w:after="60"/>
        <w:jc w:val="both"/>
      </w:pPr>
      <w:r>
        <w:t>Permanent Resident Card / "Green Card" (Form I-551)</w:t>
      </w:r>
    </w:p>
    <w:p w14:paraId="0FB55772" w14:textId="77777777" w:rsidR="000179BC" w:rsidRDefault="00F628E1" w:rsidP="00726C49">
      <w:pPr>
        <w:pStyle w:val="ListBullet"/>
        <w:spacing w:after="60"/>
        <w:jc w:val="both"/>
      </w:pPr>
      <w:r>
        <w:t>Employment Authorization Document (EAD) (Form I-766)</w:t>
      </w:r>
    </w:p>
    <w:p w14:paraId="3AE86683" w14:textId="77777777" w:rsidR="000179BC" w:rsidRDefault="00F628E1" w:rsidP="00726C49">
      <w:pPr>
        <w:pStyle w:val="ListBullet"/>
        <w:spacing w:after="60"/>
        <w:jc w:val="both"/>
      </w:pPr>
      <w:r>
        <w:t>Machine-Readable Immigrant Visa (with temporary I-551 language)</w:t>
      </w:r>
    </w:p>
    <w:p w14:paraId="00B18EFA" w14:textId="77777777" w:rsidR="000179BC" w:rsidRDefault="00F628E1" w:rsidP="00726C49">
      <w:pPr>
        <w:pStyle w:val="ListBullet"/>
        <w:spacing w:after="60"/>
        <w:jc w:val="both"/>
      </w:pPr>
      <w:r>
        <w:t>Arrival/Departure Record (Form I-94) showing eligible status</w:t>
      </w:r>
    </w:p>
    <w:p w14:paraId="36C6C910" w14:textId="58841731" w:rsidR="000179BC" w:rsidRDefault="00F628E1" w:rsidP="00726C49">
      <w:pPr>
        <w:spacing w:after="240"/>
        <w:jc w:val="both"/>
      </w:pPr>
      <w:r>
        <w:br/>
        <w:t xml:space="preserve">Management will </w:t>
      </w:r>
      <w:r w:rsidR="00C74AC4">
        <w:t xml:space="preserve">only </w:t>
      </w:r>
      <w:r>
        <w:t xml:space="preserve">use these documents to </w:t>
      </w:r>
      <w:r w:rsidR="00922D48">
        <w:t xml:space="preserve">confirm your citizenship or to </w:t>
      </w:r>
      <w:r>
        <w:t>verify your status through the federal SAVE system. All information will be handled confidentially and in strict compliance with federal privacy laws.</w:t>
      </w:r>
    </w:p>
    <w:p w14:paraId="41A6F4CF" w14:textId="333E1881" w:rsidR="00D42D5A" w:rsidRDefault="00D42D5A" w:rsidP="00726C49">
      <w:pPr>
        <w:spacing w:before="240" w:after="120"/>
        <w:jc w:val="both"/>
      </w:pPr>
      <w:r>
        <w:rPr>
          <w:b/>
        </w:rPr>
        <w:t>Attestation Form (attached)</w:t>
      </w:r>
    </w:p>
    <w:p w14:paraId="3D0A806B" w14:textId="1DCBB795" w:rsidR="00D42D5A" w:rsidRDefault="00D42D5A" w:rsidP="00726C49">
      <w:pPr>
        <w:spacing w:after="240"/>
        <w:jc w:val="both"/>
      </w:pPr>
      <w:r>
        <w:t xml:space="preserve">Each person signing a lease must also </w:t>
      </w:r>
      <w:r w:rsidR="00922D48">
        <w:t>sign</w:t>
      </w:r>
      <w:r>
        <w:t xml:space="preserve"> an Attestation Form that to his/her knowledge there will be no occupants in the Unit that would be required to be included on the lease that do not have </w:t>
      </w:r>
      <w:r w:rsidR="00D5735B">
        <w:t xml:space="preserve">U.S. Citizenship or </w:t>
      </w:r>
      <w:r>
        <w:t>Qualified legal status under PRWORA and therefore would not be eligible to reside in the Unit.</w:t>
      </w:r>
    </w:p>
    <w:p w14:paraId="031C4628" w14:textId="77777777" w:rsidR="000179BC" w:rsidRDefault="00F628E1" w:rsidP="00726C49">
      <w:pPr>
        <w:spacing w:before="240" w:after="120"/>
        <w:jc w:val="both"/>
      </w:pPr>
      <w:r>
        <w:rPr>
          <w:b/>
        </w:rPr>
        <w:t>Important Notice</w:t>
      </w:r>
    </w:p>
    <w:p w14:paraId="6EBC1537" w14:textId="219CDCC8" w:rsidR="000179BC" w:rsidRDefault="00F628E1" w:rsidP="00726C49">
      <w:pPr>
        <w:spacing w:after="240"/>
        <w:jc w:val="both"/>
      </w:pPr>
      <w:r>
        <w:t xml:space="preserve">Failure to provide the requested documentation or a failure to </w:t>
      </w:r>
      <w:r w:rsidR="00C74AC4">
        <w:t xml:space="preserve">confirm U.S. Citizenship or Qualified </w:t>
      </w:r>
      <w:r w:rsidR="0013403C">
        <w:t>legal</w:t>
      </w:r>
      <w:r w:rsidR="00C74AC4">
        <w:t xml:space="preserve"> </w:t>
      </w:r>
      <w:r>
        <w:t xml:space="preserve">status through the SAVE system </w:t>
      </w:r>
      <w:r w:rsidR="00922D48">
        <w:t xml:space="preserve">or failure to sign the Attestation Form </w:t>
      </w:r>
      <w:r>
        <w:t xml:space="preserve">will result in the </w:t>
      </w:r>
      <w:r>
        <w:rPr>
          <w:b/>
        </w:rPr>
        <w:t>denial of your lease renewal request</w:t>
      </w:r>
      <w:r>
        <w:t xml:space="preserve"> as mandated by TDHCA guidelines.</w:t>
      </w:r>
    </w:p>
    <w:p w14:paraId="4086D106" w14:textId="19CEB2CF" w:rsidR="000179BC" w:rsidRDefault="00F628E1" w:rsidP="00726C49">
      <w:pPr>
        <w:spacing w:after="240"/>
        <w:jc w:val="both"/>
      </w:pPr>
      <w:r>
        <w:t xml:space="preserve">If you have any questions regarding the documentation required or the </w:t>
      </w:r>
      <w:r w:rsidR="00C74AC4">
        <w:t>citizenship/</w:t>
      </w:r>
      <w:r w:rsidR="0013403C">
        <w:t>legal</w:t>
      </w:r>
      <w:r w:rsidR="00C74AC4">
        <w:t xml:space="preserve"> status </w:t>
      </w:r>
      <w:r>
        <w:t>verification process, please contact the management office immediately at [Property Phone Number] or via email at [Property Email Address].</w:t>
      </w:r>
    </w:p>
    <w:p w14:paraId="0F0DAF45" w14:textId="77777777" w:rsidR="000179BC" w:rsidRDefault="00F628E1" w:rsidP="00726C49">
      <w:pPr>
        <w:spacing w:after="480"/>
        <w:jc w:val="both"/>
      </w:pPr>
      <w:r>
        <w:t>Thank you for your prompt attention to this matter and for your continued cooperation.</w:t>
      </w:r>
    </w:p>
    <w:p w14:paraId="1B09A69C" w14:textId="0810CF43" w:rsidR="000179BC" w:rsidRDefault="00F628E1" w:rsidP="00393E9D">
      <w:pPr>
        <w:spacing w:after="0"/>
        <w:rPr>
          <w:b/>
        </w:rPr>
      </w:pPr>
      <w:r>
        <w:t>Sincerely,</w:t>
      </w:r>
      <w:r>
        <w:br/>
      </w:r>
      <w:r>
        <w:br/>
      </w:r>
      <w:r>
        <w:rPr>
          <w:b/>
        </w:rPr>
        <w:t>Property Management Team</w:t>
      </w:r>
    </w:p>
    <w:p w14:paraId="7FA24931" w14:textId="77777777" w:rsidR="003B1B60" w:rsidRDefault="003B1B60" w:rsidP="00393E9D">
      <w:pPr>
        <w:spacing w:after="0"/>
        <w:rPr>
          <w:b/>
        </w:rPr>
      </w:pPr>
    </w:p>
    <w:sdt>
      <w:sdtPr>
        <w:rPr>
          <w:b/>
        </w:rPr>
        <w:id w:val="319317028"/>
        <w:placeholder>
          <w:docPart w:val="DefaultPlaceholder_-1854013440"/>
        </w:placeholder>
        <w:showingPlcHdr/>
        <w:text/>
      </w:sdtPr>
      <w:sdtEndPr/>
      <w:sdtContent>
        <w:p w14:paraId="7366E5F8" w14:textId="0DD6F8D2" w:rsidR="003B1B60" w:rsidRPr="003B1B60" w:rsidRDefault="003B1B60" w:rsidP="00393E9D">
          <w:pPr>
            <w:spacing w:after="0"/>
            <w:rPr>
              <w:b/>
            </w:rPr>
          </w:pPr>
          <w:r w:rsidRPr="003B1B60">
            <w:rPr>
              <w:rStyle w:val="PlaceholderText"/>
              <w:u w:val="single"/>
            </w:rPr>
            <w:t>Click or tap here to enter text.</w:t>
          </w:r>
        </w:p>
      </w:sdtContent>
    </w:sdt>
    <w:sdt>
      <w:sdtPr>
        <w:id w:val="341985119"/>
        <w:placeholder>
          <w:docPart w:val="DefaultPlaceholder_-1854013440"/>
        </w:placeholder>
        <w:text/>
      </w:sdtPr>
      <w:sdtEndPr/>
      <w:sdtContent>
        <w:p w14:paraId="51C5E7AB" w14:textId="5888910C" w:rsidR="00393E9D" w:rsidRDefault="00393E9D" w:rsidP="00393E9D">
          <w:pPr>
            <w:spacing w:after="0"/>
          </w:pPr>
          <w:r w:rsidRPr="00393E9D">
            <w:t>Property Name/Management Company</w:t>
          </w:r>
        </w:p>
      </w:sdtContent>
    </w:sdt>
    <w:p w14:paraId="4E83C9BC" w14:textId="77777777" w:rsidR="00393E9D" w:rsidRDefault="00393E9D" w:rsidP="00393E9D">
      <w:pPr>
        <w:spacing w:after="0"/>
      </w:pPr>
    </w:p>
    <w:p w14:paraId="7792D132" w14:textId="3F9BAB6A" w:rsidR="00393E9D" w:rsidRDefault="00E50086" w:rsidP="00393E9D">
      <w:pPr>
        <w:spacing w:after="0"/>
        <w:rPr>
          <w:u w:val="single"/>
        </w:rPr>
      </w:pPr>
      <w:sdt>
        <w:sdtPr>
          <w:id w:val="1547717565"/>
          <w:placeholder>
            <w:docPart w:val="DefaultPlaceholder_-1854013440"/>
          </w:placeholder>
          <w:showingPlcHdr/>
          <w:text/>
        </w:sdtPr>
        <w:sdtEndPr/>
        <w:sdtContent>
          <w:r w:rsidR="003B1B60" w:rsidRPr="003B1B60">
            <w:rPr>
              <w:rStyle w:val="PlaceholderText"/>
              <w:u w:val="single"/>
            </w:rPr>
            <w:t>Click or tap here to enter text.</w:t>
          </w:r>
        </w:sdtContent>
      </w:sdt>
    </w:p>
    <w:p w14:paraId="67B9E41A" w14:textId="76D6E1B6" w:rsidR="00393E9D" w:rsidRPr="00393E9D" w:rsidRDefault="00393E9D" w:rsidP="00393E9D">
      <w:pPr>
        <w:spacing w:after="0"/>
      </w:pPr>
      <w:r>
        <w:t>Contact Information</w:t>
      </w:r>
    </w:p>
    <w:p w14:paraId="76A82ECA" w14:textId="77777777" w:rsidR="00393E9D" w:rsidRDefault="00393E9D" w:rsidP="00393E9D">
      <w:pPr>
        <w:spacing w:after="0"/>
        <w:rPr>
          <w:u w:val="single"/>
        </w:rPr>
      </w:pPr>
    </w:p>
    <w:p w14:paraId="6054FD84" w14:textId="77777777" w:rsidR="00393E9D" w:rsidRPr="00393E9D" w:rsidRDefault="00393E9D" w:rsidP="00393E9D">
      <w:pPr>
        <w:spacing w:after="0"/>
        <w:rPr>
          <w:u w:val="single"/>
        </w:rPr>
      </w:pPr>
    </w:p>
    <w:sectPr w:rsidR="00393E9D" w:rsidRPr="00393E9D" w:rsidSect="00DC1F46"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CDFD5" w14:textId="77777777" w:rsidR="00E50086" w:rsidRDefault="00E50086" w:rsidP="00DC1F46">
      <w:pPr>
        <w:spacing w:after="0" w:line="240" w:lineRule="auto"/>
      </w:pPr>
      <w:r>
        <w:separator/>
      </w:r>
    </w:p>
  </w:endnote>
  <w:endnote w:type="continuationSeparator" w:id="0">
    <w:p w14:paraId="63C3A4F1" w14:textId="77777777" w:rsidR="00E50086" w:rsidRDefault="00E50086" w:rsidP="00DC1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B816" w14:textId="6FB3A659" w:rsidR="00DC1F46" w:rsidRDefault="00DC1F46" w:rsidP="00DC1F46">
    <w:pPr>
      <w:pStyle w:val="Footer"/>
      <w:jc w:val="right"/>
    </w:pPr>
    <w:r>
      <w:t>Revised 9/29/2026</w:t>
    </w:r>
  </w:p>
  <w:p w14:paraId="7C02494A" w14:textId="77777777" w:rsidR="00DC1F46" w:rsidRDefault="00DC1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9CA49" w14:textId="77777777" w:rsidR="00E50086" w:rsidRDefault="00E50086" w:rsidP="00DC1F46">
      <w:pPr>
        <w:spacing w:after="0" w:line="240" w:lineRule="auto"/>
      </w:pPr>
      <w:r>
        <w:separator/>
      </w:r>
    </w:p>
  </w:footnote>
  <w:footnote w:type="continuationSeparator" w:id="0">
    <w:p w14:paraId="3B04645E" w14:textId="77777777" w:rsidR="00E50086" w:rsidRDefault="00E50086" w:rsidP="00DC1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3924544">
    <w:abstractNumId w:val="8"/>
  </w:num>
  <w:num w:numId="2" w16cid:durableId="1167860598">
    <w:abstractNumId w:val="6"/>
  </w:num>
  <w:num w:numId="3" w16cid:durableId="1038552125">
    <w:abstractNumId w:val="5"/>
  </w:num>
  <w:num w:numId="4" w16cid:durableId="2115979959">
    <w:abstractNumId w:val="4"/>
  </w:num>
  <w:num w:numId="5" w16cid:durableId="498814003">
    <w:abstractNumId w:val="7"/>
  </w:num>
  <w:num w:numId="6" w16cid:durableId="864056934">
    <w:abstractNumId w:val="3"/>
  </w:num>
  <w:num w:numId="7" w16cid:durableId="102504041">
    <w:abstractNumId w:val="2"/>
  </w:num>
  <w:num w:numId="8" w16cid:durableId="630598152">
    <w:abstractNumId w:val="1"/>
  </w:num>
  <w:num w:numId="9" w16cid:durableId="1122307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9BC"/>
    <w:rsid w:val="00034616"/>
    <w:rsid w:val="0006063C"/>
    <w:rsid w:val="000C760F"/>
    <w:rsid w:val="00112CCC"/>
    <w:rsid w:val="0013403C"/>
    <w:rsid w:val="00150538"/>
    <w:rsid w:val="0015074B"/>
    <w:rsid w:val="00204311"/>
    <w:rsid w:val="00282F41"/>
    <w:rsid w:val="0029639D"/>
    <w:rsid w:val="00313A3B"/>
    <w:rsid w:val="00326F90"/>
    <w:rsid w:val="00393E9D"/>
    <w:rsid w:val="003B1B60"/>
    <w:rsid w:val="00405314"/>
    <w:rsid w:val="005755C3"/>
    <w:rsid w:val="005A20E3"/>
    <w:rsid w:val="006A31F9"/>
    <w:rsid w:val="006A62F8"/>
    <w:rsid w:val="006C30DB"/>
    <w:rsid w:val="00725584"/>
    <w:rsid w:val="00726C49"/>
    <w:rsid w:val="00770DEC"/>
    <w:rsid w:val="00851D37"/>
    <w:rsid w:val="008D5BCD"/>
    <w:rsid w:val="00922D48"/>
    <w:rsid w:val="00923B29"/>
    <w:rsid w:val="009C3D97"/>
    <w:rsid w:val="00A021C5"/>
    <w:rsid w:val="00A57F38"/>
    <w:rsid w:val="00AA1D8D"/>
    <w:rsid w:val="00B47730"/>
    <w:rsid w:val="00B73584"/>
    <w:rsid w:val="00BD465F"/>
    <w:rsid w:val="00C45056"/>
    <w:rsid w:val="00C74AC4"/>
    <w:rsid w:val="00CB0664"/>
    <w:rsid w:val="00CF5CE8"/>
    <w:rsid w:val="00D21CB7"/>
    <w:rsid w:val="00D42D5A"/>
    <w:rsid w:val="00D5735B"/>
    <w:rsid w:val="00DC1F46"/>
    <w:rsid w:val="00E50086"/>
    <w:rsid w:val="00EC2AEA"/>
    <w:rsid w:val="00F2460D"/>
    <w:rsid w:val="00F628E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76A5D4"/>
  <w14:defaultImageDpi w14:val="330"/>
  <w15:docId w15:val="{3654B3D6-4F5B-4AA2-83B3-7815A0E4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6A62F8"/>
    <w:pPr>
      <w:spacing w:after="0" w:line="240" w:lineRule="auto"/>
    </w:pPr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6A62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2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2F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2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2F8"/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EC2AE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182D05-137C-4DC6-83A1-63ABC5188341}"/>
      </w:docPartPr>
      <w:docPartBody>
        <w:p w:rsidR="00600C27" w:rsidRDefault="0053280E">
          <w:r w:rsidRPr="00E258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0E"/>
    <w:rsid w:val="000031AD"/>
    <w:rsid w:val="0053280E"/>
    <w:rsid w:val="005755C3"/>
    <w:rsid w:val="00600C27"/>
    <w:rsid w:val="008D5BCD"/>
    <w:rsid w:val="00BC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280E"/>
    <w:rPr>
      <w:color w:val="666666"/>
    </w:rPr>
  </w:style>
  <w:style w:type="paragraph" w:customStyle="1" w:styleId="EB9331F386F94716BE86A8D3C9686858">
    <w:name w:val="EB9331F386F94716BE86A8D3C9686858"/>
    <w:rsid w:val="00600C2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Bryan Small</cp:lastModifiedBy>
  <cp:revision>3</cp:revision>
  <dcterms:created xsi:type="dcterms:W3CDTF">2026-09-21T20:53:00Z</dcterms:created>
  <dcterms:modified xsi:type="dcterms:W3CDTF">2026-09-29T15:07:00Z</dcterms:modified>
  <cp:category/>
</cp:coreProperties>
</file>