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55AD7" w14:textId="2AD54352" w:rsidR="000179BC" w:rsidRPr="00B2483C" w:rsidRDefault="002930CC">
      <w:pPr>
        <w:spacing w:after="480"/>
        <w:jc w:val="center"/>
        <w:rPr>
          <w:lang w:val="es-US"/>
        </w:rPr>
      </w:pPr>
      <w:r w:rsidRPr="00B2483C">
        <w:rPr>
          <w:b/>
          <w:sz w:val="32"/>
          <w:lang w:val="es-US"/>
        </w:rPr>
        <w:t>NOTIFICACIÓN</w:t>
      </w:r>
      <w:r w:rsidR="00FC70A7" w:rsidRPr="00B2483C">
        <w:rPr>
          <w:b/>
          <w:sz w:val="32"/>
          <w:lang w:val="es-US"/>
        </w:rPr>
        <w:t xml:space="preserve"> DE RENOVACIÓN DE</w:t>
      </w:r>
      <w:r w:rsidRPr="00B2483C">
        <w:rPr>
          <w:b/>
          <w:sz w:val="32"/>
          <w:lang w:val="es-US"/>
        </w:rPr>
        <w:t>L</w:t>
      </w:r>
      <w:r w:rsidR="00FC70A7" w:rsidRPr="00B2483C">
        <w:rPr>
          <w:b/>
          <w:sz w:val="32"/>
          <w:lang w:val="es-US"/>
        </w:rPr>
        <w:t xml:space="preserve"> CONTRATO DE ARRENDAMIENTO POR 90 DÍAS Y </w:t>
      </w:r>
      <w:r w:rsidRPr="00B2483C">
        <w:rPr>
          <w:b/>
          <w:sz w:val="32"/>
          <w:lang w:val="es-US"/>
        </w:rPr>
        <w:t xml:space="preserve">DE </w:t>
      </w:r>
      <w:r w:rsidR="00FC70A7" w:rsidRPr="00B2483C">
        <w:rPr>
          <w:b/>
          <w:sz w:val="32"/>
          <w:lang w:val="es-US"/>
        </w:rPr>
        <w:t xml:space="preserve">VERIFICACIÓN </w:t>
      </w:r>
      <w:r w:rsidRPr="00B2483C">
        <w:rPr>
          <w:b/>
          <w:sz w:val="32"/>
          <w:lang w:val="es-US"/>
        </w:rPr>
        <w:t>DE LA CONDICIÓN DE</w:t>
      </w:r>
      <w:r w:rsidR="00FC70A7" w:rsidRPr="00B2483C">
        <w:rPr>
          <w:b/>
          <w:sz w:val="32"/>
          <w:lang w:val="es-US"/>
        </w:rPr>
        <w:t xml:space="preserve"> CIUDADANÍA ESTADOUNIDENSE</w:t>
      </w:r>
      <w:r w:rsidR="00D06611">
        <w:rPr>
          <w:b/>
          <w:sz w:val="32"/>
          <w:lang w:val="es-US"/>
        </w:rPr>
        <w:t xml:space="preserve"> O </w:t>
      </w:r>
      <w:r w:rsidR="00D06611" w:rsidRPr="00B2483C">
        <w:rPr>
          <w:b/>
          <w:sz w:val="32"/>
          <w:lang w:val="es-US"/>
        </w:rPr>
        <w:t>DE LA SITUACIÓN</w:t>
      </w:r>
      <w:r w:rsidR="00D06611">
        <w:rPr>
          <w:b/>
          <w:sz w:val="32"/>
          <w:lang w:val="es-US"/>
        </w:rPr>
        <w:t xml:space="preserve"> MIGRATORIA</w:t>
      </w:r>
      <w:r w:rsidR="00D06611" w:rsidRPr="00B2483C">
        <w:rPr>
          <w:b/>
          <w:sz w:val="32"/>
          <w:lang w:val="es-US"/>
        </w:rPr>
        <w:t xml:space="preserve"> LEGAL</w:t>
      </w:r>
    </w:p>
    <w:p w14:paraId="64AAC5F7" w14:textId="60FAF709" w:rsidR="000179BC" w:rsidRPr="0028302D" w:rsidRDefault="00FC70A7">
      <w:pPr>
        <w:spacing w:after="120"/>
        <w:rPr>
          <w:b/>
          <w:u w:val="single"/>
        </w:rPr>
      </w:pPr>
      <w:r w:rsidRPr="003F2B9E">
        <w:rPr>
          <w:b/>
        </w:rPr>
        <w:t>Fecha:</w:t>
      </w:r>
      <w:r w:rsidR="0028302D">
        <w:rPr>
          <w:b/>
          <w:u w:val="single"/>
          <w:lang w:val="es-US"/>
        </w:rPr>
        <w:tab/>
      </w:r>
      <w:sdt>
        <w:sdtPr>
          <w:rPr>
            <w:b/>
          </w:rPr>
          <w:id w:val="-961337858"/>
          <w:placeholder>
            <w:docPart w:val="6837B422C62A44B0B1E9C12C91888EC6"/>
          </w:placeholder>
          <w:showingPlcHdr/>
        </w:sdtPr>
        <w:sdtContent>
          <w:r w:rsidR="006652A3" w:rsidRPr="006652A3">
            <w:rPr>
              <w:rStyle w:val="PlaceholderText"/>
              <w:u w:val="single"/>
            </w:rPr>
            <w:t>Click or tap here to enter text.</w:t>
          </w:r>
        </w:sdtContent>
      </w:sdt>
    </w:p>
    <w:p w14:paraId="06798919" w14:textId="00D24FEC" w:rsidR="000179BC" w:rsidRPr="0028302D" w:rsidRDefault="00FC70A7">
      <w:pPr>
        <w:spacing w:after="120"/>
        <w:rPr>
          <w:b/>
          <w:u w:val="single"/>
        </w:rPr>
      </w:pPr>
      <w:r w:rsidRPr="003F2B9E">
        <w:rPr>
          <w:b/>
        </w:rPr>
        <w:t>Nombre de la propiedad:</w:t>
      </w:r>
      <w:r w:rsidR="00A021C5" w:rsidRPr="003F2B9E">
        <w:rPr>
          <w:b/>
        </w:rPr>
        <w:t xml:space="preserve"> </w:t>
      </w:r>
      <w:sdt>
        <w:sdtPr>
          <w:rPr>
            <w:b/>
          </w:rPr>
          <w:id w:val="-71591259"/>
          <w:placeholder>
            <w:docPart w:val="DefaultPlaceholder_-1854013440"/>
          </w:placeholder>
          <w:showingPlcHdr/>
        </w:sdtPr>
        <w:sdtContent>
          <w:r w:rsidR="006652A3" w:rsidRPr="006652A3">
            <w:rPr>
              <w:rStyle w:val="PlaceholderText"/>
              <w:u w:val="single"/>
            </w:rPr>
            <w:t>Click or tap here to enter text.</w:t>
          </w:r>
        </w:sdtContent>
      </w:sdt>
    </w:p>
    <w:p w14:paraId="7F8D3AED" w14:textId="4107B19E" w:rsidR="000179BC" w:rsidRPr="0028302D" w:rsidRDefault="00FC70A7">
      <w:pPr>
        <w:spacing w:after="120"/>
        <w:rPr>
          <w:b/>
          <w:u w:val="single"/>
        </w:rPr>
      </w:pPr>
      <w:r w:rsidRPr="003F2B9E">
        <w:rPr>
          <w:b/>
        </w:rPr>
        <w:t>Nombre del inquilino:</w:t>
      </w:r>
      <w:r w:rsidR="003B1B60" w:rsidRPr="003F2B9E">
        <w:rPr>
          <w:b/>
        </w:rPr>
        <w:t xml:space="preserve"> </w:t>
      </w:r>
      <w:sdt>
        <w:sdtPr>
          <w:rPr>
            <w:b/>
          </w:rPr>
          <w:id w:val="-2108190621"/>
          <w:placeholder>
            <w:docPart w:val="DefaultPlaceholder_-1854013440"/>
          </w:placeholder>
          <w:showingPlcHdr/>
        </w:sdtPr>
        <w:sdtContent>
          <w:r w:rsidR="006652A3" w:rsidRPr="006652A3">
            <w:rPr>
              <w:rStyle w:val="PlaceholderText"/>
              <w:u w:val="single"/>
            </w:rPr>
            <w:t>Click or tap here to enter text.</w:t>
          </w:r>
        </w:sdtContent>
      </w:sdt>
    </w:p>
    <w:p w14:paraId="681A94CD" w14:textId="1FF3FC80" w:rsidR="000179BC" w:rsidRPr="0028302D" w:rsidRDefault="00FC70A7">
      <w:pPr>
        <w:spacing w:after="120"/>
        <w:rPr>
          <w:b/>
          <w:u w:val="single"/>
        </w:rPr>
      </w:pPr>
      <w:r w:rsidRPr="003F2B9E">
        <w:rPr>
          <w:b/>
        </w:rPr>
        <w:t>Número de unidad:</w:t>
      </w:r>
      <w:r w:rsidR="00F628E1" w:rsidRPr="003F2B9E">
        <w:rPr>
          <w:b/>
        </w:rPr>
        <w:t xml:space="preserve"> </w:t>
      </w:r>
      <w:sdt>
        <w:sdtPr>
          <w:rPr>
            <w:b/>
          </w:rPr>
          <w:id w:val="1081330085"/>
          <w:placeholder>
            <w:docPart w:val="DefaultPlaceholder_-1854013440"/>
          </w:placeholder>
          <w:showingPlcHdr/>
        </w:sdtPr>
        <w:sdtContent>
          <w:r w:rsidR="006652A3" w:rsidRPr="006652A3">
            <w:rPr>
              <w:rStyle w:val="PlaceholderText"/>
              <w:u w:val="single"/>
            </w:rPr>
            <w:t>Click or tap here to enter text.</w:t>
          </w:r>
        </w:sdtContent>
      </w:sdt>
    </w:p>
    <w:p w14:paraId="5ECB5C4E" w14:textId="725FF144" w:rsidR="000179BC" w:rsidRPr="0028302D" w:rsidRDefault="00FC70A7">
      <w:pPr>
        <w:spacing w:after="120"/>
        <w:rPr>
          <w:b/>
          <w:u w:val="single"/>
          <w:lang w:val="es-US"/>
        </w:rPr>
      </w:pPr>
      <w:r w:rsidRPr="00B2483C">
        <w:rPr>
          <w:b/>
          <w:lang w:val="es-US"/>
        </w:rPr>
        <w:t>Fecha de vencimiento del contrato de arrendamiento:</w:t>
      </w:r>
      <w:r w:rsidR="007A66D5" w:rsidRPr="00B2483C">
        <w:rPr>
          <w:b/>
          <w:lang w:val="es-US"/>
        </w:rPr>
        <w:t xml:space="preserve"> </w:t>
      </w:r>
      <w:sdt>
        <w:sdtPr>
          <w:rPr>
            <w:b/>
            <w:lang w:val="es-US"/>
          </w:rPr>
          <w:id w:val="-427731134"/>
          <w:placeholder>
            <w:docPart w:val="DefaultPlaceholder_-1854013440"/>
          </w:placeholder>
          <w:showingPlcHdr/>
        </w:sdtPr>
        <w:sdtContent>
          <w:proofErr w:type="gramStart"/>
          <w:r w:rsidR="006652A3" w:rsidRPr="006652A3">
            <w:rPr>
              <w:rStyle w:val="PlaceholderText"/>
              <w:u w:val="single"/>
            </w:rPr>
            <w:t>Click</w:t>
          </w:r>
          <w:proofErr w:type="gramEnd"/>
          <w:r w:rsidR="006652A3" w:rsidRPr="006652A3">
            <w:rPr>
              <w:rStyle w:val="PlaceholderText"/>
              <w:u w:val="single"/>
            </w:rPr>
            <w:t xml:space="preserve"> or tap here to enter text.</w:t>
          </w:r>
        </w:sdtContent>
      </w:sdt>
    </w:p>
    <w:p w14:paraId="3AA10264" w14:textId="7699B761" w:rsidR="000179BC" w:rsidRPr="00B2483C" w:rsidRDefault="00F628E1">
      <w:pPr>
        <w:spacing w:after="240"/>
        <w:rPr>
          <w:lang w:val="es-US"/>
        </w:rPr>
      </w:pPr>
      <w:r w:rsidRPr="00B2483C">
        <w:rPr>
          <w:lang w:val="es-US"/>
        </w:rPr>
        <w:br/>
      </w:r>
      <w:r w:rsidR="00FC70A7" w:rsidRPr="00B2483C">
        <w:rPr>
          <w:lang w:val="es-US"/>
        </w:rPr>
        <w:t>Estimado(s) residente(s)</w:t>
      </w:r>
      <w:r w:rsidR="002930CC" w:rsidRPr="00B2483C">
        <w:rPr>
          <w:lang w:val="es-US"/>
        </w:rPr>
        <w:t>:</w:t>
      </w:r>
    </w:p>
    <w:p w14:paraId="4DE578F0" w14:textId="43A048FB" w:rsidR="000179BC" w:rsidRPr="00B2483C" w:rsidRDefault="002930CC" w:rsidP="00726C49">
      <w:pPr>
        <w:spacing w:after="240"/>
        <w:jc w:val="both"/>
        <w:rPr>
          <w:lang w:val="es-US"/>
        </w:rPr>
      </w:pPr>
      <w:r w:rsidRPr="00B2483C">
        <w:rPr>
          <w:lang w:val="es-US"/>
        </w:rPr>
        <w:t>A medida que nos acercamos a</w:t>
      </w:r>
      <w:r w:rsidR="00C25E14">
        <w:rPr>
          <w:lang w:val="es-US"/>
        </w:rPr>
        <w:t xml:space="preserve"> la fecha de vencimiento </w:t>
      </w:r>
      <w:r w:rsidRPr="00B2483C">
        <w:rPr>
          <w:lang w:val="es-US"/>
        </w:rPr>
        <w:t>de</w:t>
      </w:r>
      <w:r w:rsidR="00C25E14">
        <w:rPr>
          <w:lang w:val="es-US"/>
        </w:rPr>
        <w:t xml:space="preserve"> su</w:t>
      </w:r>
      <w:r w:rsidRPr="00B2483C">
        <w:rPr>
          <w:lang w:val="es-US"/>
        </w:rPr>
        <w:t xml:space="preserve"> contrato de arrendamiento actual (</w:t>
      </w:r>
      <w:sdt>
        <w:sdtPr>
          <w:rPr>
            <w:lang w:val="es-US"/>
          </w:rPr>
          <w:id w:val="1198743040"/>
          <w:placeholder>
            <w:docPart w:val="DefaultPlaceholder_-1854013440"/>
          </w:placeholder>
          <w:showingPlcHdr/>
        </w:sdtPr>
        <w:sdtContent>
          <w:proofErr w:type="gramStart"/>
          <w:r w:rsidR="006652A3" w:rsidRPr="006652A3">
            <w:rPr>
              <w:rStyle w:val="PlaceholderText"/>
              <w:u w:val="single"/>
            </w:rPr>
            <w:t>Click</w:t>
          </w:r>
          <w:proofErr w:type="gramEnd"/>
          <w:r w:rsidR="006652A3" w:rsidRPr="006652A3">
            <w:rPr>
              <w:rStyle w:val="PlaceholderText"/>
              <w:u w:val="single"/>
            </w:rPr>
            <w:t xml:space="preserve"> or tap here to enter text.</w:t>
          </w:r>
        </w:sdtContent>
      </w:sdt>
      <w:r w:rsidRPr="00B2483C">
        <w:rPr>
          <w:lang w:val="es-US"/>
        </w:rPr>
        <w:t>), q</w:t>
      </w:r>
      <w:r w:rsidR="00FC70A7" w:rsidRPr="00B2483C">
        <w:rPr>
          <w:lang w:val="es-US"/>
        </w:rPr>
        <w:t>ueremos agradecerle</w:t>
      </w:r>
      <w:r w:rsidRPr="00B2483C">
        <w:rPr>
          <w:lang w:val="es-US"/>
        </w:rPr>
        <w:t>(s)</w:t>
      </w:r>
      <w:r w:rsidR="00FC70A7" w:rsidRPr="00B2483C">
        <w:rPr>
          <w:lang w:val="es-US"/>
        </w:rPr>
        <w:t xml:space="preserve"> por haber elegido establecer</w:t>
      </w:r>
      <w:r w:rsidRPr="00B2483C">
        <w:rPr>
          <w:lang w:val="es-US"/>
        </w:rPr>
        <w:t xml:space="preserve"> su hogar</w:t>
      </w:r>
      <w:r w:rsidR="00FC70A7" w:rsidRPr="00B2483C">
        <w:rPr>
          <w:lang w:val="es-US"/>
        </w:rPr>
        <w:t xml:space="preserve"> con nosotros.</w:t>
      </w:r>
    </w:p>
    <w:p w14:paraId="775D7B62" w14:textId="6DCED8EB" w:rsidR="000179BC" w:rsidRPr="00B2483C" w:rsidRDefault="00FC70A7" w:rsidP="00726C49">
      <w:pPr>
        <w:spacing w:after="240"/>
        <w:jc w:val="both"/>
        <w:rPr>
          <w:lang w:val="es-US"/>
        </w:rPr>
      </w:pPr>
      <w:r w:rsidRPr="00B2483C">
        <w:rPr>
          <w:lang w:val="es-US"/>
        </w:rPr>
        <w:t>Nos ponemos en contacto con usted</w:t>
      </w:r>
      <w:r w:rsidR="002930CC" w:rsidRPr="00B2483C">
        <w:rPr>
          <w:lang w:val="es-US"/>
        </w:rPr>
        <w:t>(es)</w:t>
      </w:r>
      <w:r w:rsidRPr="00B2483C">
        <w:rPr>
          <w:lang w:val="es-US"/>
        </w:rPr>
        <w:t xml:space="preserve"> </w:t>
      </w:r>
      <w:r w:rsidRPr="00B2483C">
        <w:rPr>
          <w:b/>
          <w:lang w:val="es-US"/>
        </w:rPr>
        <w:t xml:space="preserve">90 días antes del vencimiento de su contrato de arrendamiento </w:t>
      </w:r>
      <w:r w:rsidRPr="00B2483C">
        <w:rPr>
          <w:lang w:val="es-US"/>
        </w:rPr>
        <w:t xml:space="preserve">en relación con un requisito reglamentario </w:t>
      </w:r>
      <w:r w:rsidR="00C9736C" w:rsidRPr="00B2483C">
        <w:rPr>
          <w:lang w:val="es-US"/>
        </w:rPr>
        <w:t xml:space="preserve">obligatorio a nivel </w:t>
      </w:r>
      <w:r w:rsidRPr="00B2483C">
        <w:rPr>
          <w:lang w:val="es-US"/>
        </w:rPr>
        <w:t xml:space="preserve">federal y estatal que afecta a la próxima renovación de </w:t>
      </w:r>
      <w:r w:rsidR="00C9736C" w:rsidRPr="00B2483C">
        <w:rPr>
          <w:lang w:val="es-US"/>
        </w:rPr>
        <w:t>dicho</w:t>
      </w:r>
      <w:r w:rsidRPr="00B2483C">
        <w:rPr>
          <w:lang w:val="es-US"/>
        </w:rPr>
        <w:t xml:space="preserve"> contrato.</w:t>
      </w:r>
    </w:p>
    <w:p w14:paraId="58534387" w14:textId="367D057F" w:rsidR="000179BC" w:rsidRPr="00B2483C" w:rsidRDefault="00FC70A7" w:rsidP="00726C49">
      <w:pPr>
        <w:spacing w:before="240" w:after="120"/>
        <w:jc w:val="both"/>
        <w:rPr>
          <w:lang w:val="es-US"/>
        </w:rPr>
      </w:pPr>
      <w:r w:rsidRPr="00B2483C">
        <w:rPr>
          <w:b/>
          <w:lang w:val="es-US"/>
        </w:rPr>
        <w:t>¿Por qué es necesaria esta verificación?</w:t>
      </w:r>
    </w:p>
    <w:p w14:paraId="0D5285A9" w14:textId="462361D1" w:rsidR="000179BC" w:rsidRPr="00B2483C" w:rsidRDefault="00FC70A7" w:rsidP="00726C49">
      <w:pPr>
        <w:spacing w:after="240"/>
        <w:jc w:val="both"/>
        <w:rPr>
          <w:lang w:val="es-US"/>
        </w:rPr>
      </w:pPr>
      <w:r w:rsidRPr="00B2483C">
        <w:rPr>
          <w:lang w:val="es-US"/>
        </w:rPr>
        <w:t>Nuestra propiedad recibe financiación federal y está supervisada por el Departamento de Vivienda y Asuntos Comunitarios de Texas (TDHCA).</w:t>
      </w:r>
      <w:r w:rsidR="00F628E1" w:rsidRPr="00B2483C">
        <w:rPr>
          <w:lang w:val="es-US"/>
        </w:rPr>
        <w:t xml:space="preserve"> </w:t>
      </w:r>
      <w:r w:rsidRPr="00B2483C">
        <w:rPr>
          <w:lang w:val="es-US"/>
        </w:rPr>
        <w:t xml:space="preserve">En virtud de la </w:t>
      </w:r>
      <w:r w:rsidR="00741ED4" w:rsidRPr="00B2483C">
        <w:rPr>
          <w:lang w:val="es-US"/>
        </w:rPr>
        <w:t>Ley de Reconciliación de Oportunidades Laborales y Responsabilidades Personales de 1996 (PRWORA)</w:t>
      </w:r>
      <w:r w:rsidRPr="00B2483C">
        <w:rPr>
          <w:lang w:val="es-US"/>
        </w:rPr>
        <w:t xml:space="preserve">, </w:t>
      </w:r>
      <w:r w:rsidR="00741ED4" w:rsidRPr="00B2483C">
        <w:rPr>
          <w:lang w:val="es-US"/>
        </w:rPr>
        <w:t>el</w:t>
      </w:r>
      <w:r w:rsidRPr="00B2483C">
        <w:rPr>
          <w:lang w:val="es-US"/>
        </w:rPr>
        <w:t xml:space="preserve"> TDHCA exige que todos los firmantes de contratos de arrendamiento que residan en </w:t>
      </w:r>
      <w:r w:rsidR="00741ED4" w:rsidRPr="00B2483C">
        <w:rPr>
          <w:lang w:val="es-US"/>
        </w:rPr>
        <w:t>urbanizaciones</w:t>
      </w:r>
      <w:r w:rsidRPr="00B2483C">
        <w:rPr>
          <w:lang w:val="es-US"/>
        </w:rPr>
        <w:t xml:space="preserve"> con asistencia federal confirmen s</w:t>
      </w:r>
      <w:r w:rsidR="004C4242" w:rsidRPr="00B2483C">
        <w:rPr>
          <w:lang w:val="es-US"/>
        </w:rPr>
        <w:t>u condición de</w:t>
      </w:r>
      <w:r w:rsidRPr="00B2483C">
        <w:rPr>
          <w:lang w:val="es-US"/>
        </w:rPr>
        <w:t xml:space="preserve"> ciudada</w:t>
      </w:r>
      <w:r w:rsidR="004C4242" w:rsidRPr="00B2483C">
        <w:rPr>
          <w:lang w:val="es-US"/>
        </w:rPr>
        <w:t>nía</w:t>
      </w:r>
      <w:r w:rsidRPr="00B2483C">
        <w:rPr>
          <w:lang w:val="es-US"/>
        </w:rPr>
        <w:t xml:space="preserve"> estadounidense o</w:t>
      </w:r>
      <w:r w:rsidR="004C4242" w:rsidRPr="00B2483C">
        <w:rPr>
          <w:lang w:val="es-US"/>
        </w:rPr>
        <w:t xml:space="preserve"> de</w:t>
      </w:r>
      <w:r w:rsidRPr="00B2483C">
        <w:rPr>
          <w:lang w:val="es-US"/>
        </w:rPr>
        <w:t xml:space="preserve"> extranjeros calificados </w:t>
      </w:r>
      <w:r w:rsidR="004C4242" w:rsidRPr="00B2483C">
        <w:rPr>
          <w:lang w:val="es-US"/>
        </w:rPr>
        <w:t>con el fin de</w:t>
      </w:r>
      <w:r w:rsidRPr="00B2483C">
        <w:rPr>
          <w:lang w:val="es-US"/>
        </w:rPr>
        <w:t xml:space="preserve"> seguir siendo elegibles </w:t>
      </w:r>
      <w:r w:rsidR="004C4242" w:rsidRPr="00B2483C">
        <w:rPr>
          <w:lang w:val="es-US"/>
        </w:rPr>
        <w:t>respecto a</w:t>
      </w:r>
      <w:r w:rsidRPr="00B2483C">
        <w:rPr>
          <w:lang w:val="es-US"/>
        </w:rPr>
        <w:t xml:space="preserve"> asistencia </w:t>
      </w:r>
      <w:r w:rsidR="004C4242" w:rsidRPr="00B2483C">
        <w:rPr>
          <w:lang w:val="es-US"/>
        </w:rPr>
        <w:t>para</w:t>
      </w:r>
      <w:r w:rsidRPr="00B2483C">
        <w:rPr>
          <w:lang w:val="es-US"/>
        </w:rPr>
        <w:t xml:space="preserve"> vivienda.</w:t>
      </w:r>
    </w:p>
    <w:p w14:paraId="31DE6249" w14:textId="184C7542" w:rsidR="000179BC" w:rsidRPr="00B2483C" w:rsidRDefault="00FC70A7" w:rsidP="00726C49">
      <w:pPr>
        <w:spacing w:before="240" w:after="120"/>
        <w:jc w:val="both"/>
        <w:rPr>
          <w:lang w:val="es-US"/>
        </w:rPr>
      </w:pPr>
      <w:r w:rsidRPr="00B2483C">
        <w:rPr>
          <w:b/>
          <w:lang w:val="es-US"/>
        </w:rPr>
        <w:t>¿Cómo se realiza esta verificación?</w:t>
      </w:r>
    </w:p>
    <w:p w14:paraId="3B6D65B5" w14:textId="4FD7B2AC" w:rsidR="000179BC" w:rsidRPr="00B2483C" w:rsidRDefault="00FC70A7" w:rsidP="00726C49">
      <w:pPr>
        <w:spacing w:after="240"/>
        <w:jc w:val="both"/>
        <w:rPr>
          <w:lang w:val="es-US"/>
        </w:rPr>
      </w:pPr>
      <w:r w:rsidRPr="00B2483C">
        <w:rPr>
          <w:lang w:val="es-US"/>
        </w:rPr>
        <w:t>Para cumplir con este requisito, la administración debe confirmar la</w:t>
      </w:r>
      <w:r w:rsidR="004C4242" w:rsidRPr="00B2483C">
        <w:rPr>
          <w:lang w:val="es-US"/>
        </w:rPr>
        <w:t xml:space="preserve"> condición de</w:t>
      </w:r>
      <w:r w:rsidRPr="00B2483C">
        <w:rPr>
          <w:lang w:val="es-US"/>
        </w:rPr>
        <w:t xml:space="preserve"> ciudadanía estadounidense mediante documentación o verificar </w:t>
      </w:r>
      <w:r w:rsidR="004C4242" w:rsidRPr="00B2483C">
        <w:rPr>
          <w:lang w:val="es-US"/>
        </w:rPr>
        <w:t>la</w:t>
      </w:r>
      <w:r w:rsidRPr="00B2483C">
        <w:rPr>
          <w:lang w:val="es-US"/>
        </w:rPr>
        <w:t xml:space="preserve"> </w:t>
      </w:r>
      <w:r w:rsidR="004C4242" w:rsidRPr="00B2483C">
        <w:rPr>
          <w:lang w:val="es-US"/>
        </w:rPr>
        <w:t>situación</w:t>
      </w:r>
      <w:r w:rsidRPr="00B2483C">
        <w:rPr>
          <w:lang w:val="es-US"/>
        </w:rPr>
        <w:t xml:space="preserve"> migratori</w:t>
      </w:r>
      <w:r w:rsidR="004C4242" w:rsidRPr="00B2483C">
        <w:rPr>
          <w:lang w:val="es-US"/>
        </w:rPr>
        <w:t>a</w:t>
      </w:r>
      <w:r w:rsidRPr="00B2483C">
        <w:rPr>
          <w:lang w:val="es-US"/>
        </w:rPr>
        <w:t xml:space="preserve"> mediante el sistema</w:t>
      </w:r>
      <w:r w:rsidR="004C4242" w:rsidRPr="00B2483C">
        <w:rPr>
          <w:lang w:val="es-US"/>
        </w:rPr>
        <w:t xml:space="preserve"> del Programa de Verificación Sistemática de Extranjeros para la Recepción de Ayudas Sociales (SAVE)</w:t>
      </w:r>
      <w:r w:rsidRPr="00B2483C">
        <w:rPr>
          <w:lang w:val="es-US"/>
        </w:rPr>
        <w:t xml:space="preserve"> </w:t>
      </w:r>
      <w:r w:rsidR="00D06611">
        <w:rPr>
          <w:lang w:val="es-US"/>
        </w:rPr>
        <w:t>respecto a</w:t>
      </w:r>
      <w:r w:rsidRPr="00B2483C">
        <w:rPr>
          <w:lang w:val="es-US"/>
        </w:rPr>
        <w:t xml:space="preserve"> cada persona que firme el contrato de arrendamiento.</w:t>
      </w:r>
      <w:r w:rsidR="006A62F8" w:rsidRPr="00B2483C">
        <w:rPr>
          <w:lang w:val="es-US"/>
        </w:rPr>
        <w:t xml:space="preserve"> </w:t>
      </w:r>
      <w:r w:rsidRPr="00B2483C">
        <w:rPr>
          <w:lang w:val="es-US"/>
        </w:rPr>
        <w:t xml:space="preserve">SAVE es un servicio en línea que </w:t>
      </w:r>
      <w:r w:rsidR="004C4242" w:rsidRPr="00B2483C">
        <w:rPr>
          <w:lang w:val="es-US"/>
        </w:rPr>
        <w:t xml:space="preserve">le </w:t>
      </w:r>
      <w:r w:rsidRPr="00B2483C">
        <w:rPr>
          <w:lang w:val="es-US"/>
        </w:rPr>
        <w:t xml:space="preserve">permite al personal verificar </w:t>
      </w:r>
      <w:r w:rsidR="004C4242" w:rsidRPr="00B2483C">
        <w:rPr>
          <w:lang w:val="es-US"/>
        </w:rPr>
        <w:t>la</w:t>
      </w:r>
      <w:r w:rsidRPr="00B2483C">
        <w:rPr>
          <w:lang w:val="es-US"/>
        </w:rPr>
        <w:t xml:space="preserve"> </w:t>
      </w:r>
      <w:r w:rsidR="004C4242" w:rsidRPr="00B2483C">
        <w:rPr>
          <w:lang w:val="es-US"/>
        </w:rPr>
        <w:t>situación</w:t>
      </w:r>
      <w:r w:rsidRPr="00B2483C">
        <w:rPr>
          <w:lang w:val="es-US"/>
        </w:rPr>
        <w:t xml:space="preserve"> migratori</w:t>
      </w:r>
      <w:r w:rsidR="004C4242" w:rsidRPr="00B2483C">
        <w:rPr>
          <w:lang w:val="es-US"/>
        </w:rPr>
        <w:t>a</w:t>
      </w:r>
      <w:r w:rsidRPr="00B2483C">
        <w:rPr>
          <w:lang w:val="es-US"/>
        </w:rPr>
        <w:t xml:space="preserve"> o la</w:t>
      </w:r>
      <w:r w:rsidR="004C4242" w:rsidRPr="00B2483C">
        <w:rPr>
          <w:lang w:val="es-US"/>
        </w:rPr>
        <w:t xml:space="preserve"> condición de</w:t>
      </w:r>
      <w:r w:rsidRPr="00B2483C">
        <w:rPr>
          <w:lang w:val="es-US"/>
        </w:rPr>
        <w:t xml:space="preserve"> ciudadanía estadounidense, ya sea </w:t>
      </w:r>
      <w:r w:rsidR="004C4242" w:rsidRPr="00B2483C">
        <w:rPr>
          <w:lang w:val="es-US"/>
        </w:rPr>
        <w:t>mediante</w:t>
      </w:r>
      <w:r w:rsidRPr="00B2483C">
        <w:rPr>
          <w:lang w:val="es-US"/>
        </w:rPr>
        <w:t xml:space="preserve"> naturalización o derivación, cotej</w:t>
      </w:r>
      <w:r w:rsidR="004C4242" w:rsidRPr="00B2483C">
        <w:rPr>
          <w:lang w:val="es-US"/>
        </w:rPr>
        <w:t>a</w:t>
      </w:r>
      <w:r w:rsidRPr="00B2483C">
        <w:rPr>
          <w:lang w:val="es-US"/>
        </w:rPr>
        <w:t xml:space="preserve">ndo con los registros contenidos en las bases de datos </w:t>
      </w:r>
      <w:r w:rsidR="004C4242" w:rsidRPr="00B2483C">
        <w:rPr>
          <w:lang w:val="es-US"/>
        </w:rPr>
        <w:t>sobre</w:t>
      </w:r>
      <w:r w:rsidRPr="00B2483C">
        <w:rPr>
          <w:lang w:val="es-US"/>
        </w:rPr>
        <w:t xml:space="preserve"> inmigración.</w:t>
      </w:r>
      <w:r w:rsidR="00770DEC" w:rsidRPr="00B2483C">
        <w:rPr>
          <w:lang w:val="es-US"/>
        </w:rPr>
        <w:t xml:space="preserve"> </w:t>
      </w:r>
      <w:r w:rsidR="004C4242" w:rsidRPr="00B2483C">
        <w:rPr>
          <w:lang w:val="es-US"/>
        </w:rPr>
        <w:t>Dicho servicio es</w:t>
      </w:r>
      <w:r w:rsidRPr="00B2483C">
        <w:rPr>
          <w:lang w:val="es-US"/>
        </w:rPr>
        <w:t xml:space="preserve"> administrado por el Servicio de Ciudadanía e Inmigración de los Estados Unidos (USCIS).</w:t>
      </w:r>
    </w:p>
    <w:p w14:paraId="6EE3ACC3" w14:textId="469F06E3" w:rsidR="000179BC" w:rsidRPr="00B2483C" w:rsidRDefault="00FC70A7" w:rsidP="00726C49">
      <w:pPr>
        <w:spacing w:before="240" w:after="120"/>
        <w:jc w:val="both"/>
        <w:rPr>
          <w:lang w:val="es-US"/>
        </w:rPr>
      </w:pPr>
      <w:r w:rsidRPr="00B2483C">
        <w:rPr>
          <w:b/>
          <w:lang w:val="es-US"/>
        </w:rPr>
        <w:t>Q</w:t>
      </w:r>
      <w:r w:rsidR="004C4242" w:rsidRPr="00B2483C">
        <w:rPr>
          <w:b/>
          <w:lang w:val="es-US"/>
        </w:rPr>
        <w:t>ué debe</w:t>
      </w:r>
      <w:r w:rsidR="007C0BAD">
        <w:rPr>
          <w:b/>
          <w:lang w:val="es-US"/>
        </w:rPr>
        <w:t>(n)</w:t>
      </w:r>
      <w:r w:rsidR="004C4242" w:rsidRPr="00B2483C">
        <w:rPr>
          <w:b/>
          <w:lang w:val="es-US"/>
        </w:rPr>
        <w:t xml:space="preserve"> hacer</w:t>
      </w:r>
    </w:p>
    <w:p w14:paraId="2F67B724" w14:textId="1DC7130C" w:rsidR="000179BC" w:rsidRPr="00B2483C" w:rsidRDefault="00AA1EAB" w:rsidP="00726C49">
      <w:pPr>
        <w:spacing w:after="240"/>
        <w:jc w:val="both"/>
        <w:rPr>
          <w:lang w:val="es-US"/>
        </w:rPr>
      </w:pPr>
      <w:r w:rsidRPr="00B2483C">
        <w:rPr>
          <w:lang w:val="es-US"/>
        </w:rPr>
        <w:t>Con el fin de</w:t>
      </w:r>
      <w:r w:rsidR="00FC70A7" w:rsidRPr="00B2483C">
        <w:rPr>
          <w:lang w:val="es-US"/>
        </w:rPr>
        <w:t xml:space="preserve"> procesar la renovación de su contrato de arrendamiento sin problemas y evitar cualquier interrupción en su elegibilidad </w:t>
      </w:r>
      <w:r w:rsidRPr="00B2483C">
        <w:rPr>
          <w:lang w:val="es-US"/>
        </w:rPr>
        <w:t>en materia de</w:t>
      </w:r>
      <w:r w:rsidR="00FC70A7" w:rsidRPr="00B2483C">
        <w:rPr>
          <w:lang w:val="es-US"/>
        </w:rPr>
        <w:t xml:space="preserve"> vivienda, envíe</w:t>
      </w:r>
      <w:r w:rsidR="007C0BAD">
        <w:rPr>
          <w:lang w:val="es-US"/>
        </w:rPr>
        <w:t>(n)</w:t>
      </w:r>
      <w:r w:rsidR="00FC70A7" w:rsidRPr="00B2483C">
        <w:rPr>
          <w:lang w:val="es-US"/>
        </w:rPr>
        <w:t xml:space="preserve"> la documentación </w:t>
      </w:r>
      <w:r w:rsidRPr="00B2483C">
        <w:rPr>
          <w:lang w:val="es-US"/>
        </w:rPr>
        <w:t>válida</w:t>
      </w:r>
      <w:r w:rsidR="00FC70A7" w:rsidRPr="00B2483C">
        <w:rPr>
          <w:lang w:val="es-US"/>
        </w:rPr>
        <w:t xml:space="preserve"> </w:t>
      </w:r>
      <w:r w:rsidR="00FC70A7" w:rsidRPr="00B2483C">
        <w:rPr>
          <w:lang w:val="es-US"/>
        </w:rPr>
        <w:lastRenderedPageBreak/>
        <w:t xml:space="preserve">que </w:t>
      </w:r>
      <w:r w:rsidRPr="00B2483C">
        <w:rPr>
          <w:lang w:val="es-US"/>
        </w:rPr>
        <w:t>demuestre</w:t>
      </w:r>
      <w:r w:rsidR="00FC70A7" w:rsidRPr="00B2483C">
        <w:rPr>
          <w:lang w:val="es-US"/>
        </w:rPr>
        <w:t xml:space="preserve"> la</w:t>
      </w:r>
      <w:r w:rsidRPr="00B2483C">
        <w:rPr>
          <w:lang w:val="es-US"/>
        </w:rPr>
        <w:t xml:space="preserve"> condición de</w:t>
      </w:r>
      <w:r w:rsidR="00FC70A7" w:rsidRPr="00B2483C">
        <w:rPr>
          <w:lang w:val="es-US"/>
        </w:rPr>
        <w:t xml:space="preserve"> ciudadanía o </w:t>
      </w:r>
      <w:r w:rsidRPr="00B2483C">
        <w:rPr>
          <w:lang w:val="es-US"/>
        </w:rPr>
        <w:t>la</w:t>
      </w:r>
      <w:r w:rsidR="00FC70A7" w:rsidRPr="00B2483C">
        <w:rPr>
          <w:lang w:val="es-US"/>
        </w:rPr>
        <w:t xml:space="preserve"> </w:t>
      </w:r>
      <w:r w:rsidRPr="00B2483C">
        <w:rPr>
          <w:lang w:val="es-US"/>
        </w:rPr>
        <w:t>situación</w:t>
      </w:r>
      <w:r w:rsidR="00FC70A7" w:rsidRPr="00B2483C">
        <w:rPr>
          <w:lang w:val="es-US"/>
        </w:rPr>
        <w:t xml:space="preserve"> migratori</w:t>
      </w:r>
      <w:r w:rsidRPr="00B2483C">
        <w:rPr>
          <w:lang w:val="es-US"/>
        </w:rPr>
        <w:t>a</w:t>
      </w:r>
      <w:r w:rsidR="00FC70A7" w:rsidRPr="00B2483C">
        <w:rPr>
          <w:lang w:val="es-US"/>
        </w:rPr>
        <w:t xml:space="preserve"> legal a la oficina de administración </w:t>
      </w:r>
      <w:r w:rsidRPr="00B2483C">
        <w:rPr>
          <w:lang w:val="es-US"/>
        </w:rPr>
        <w:t>en un plazo de</w:t>
      </w:r>
      <w:r w:rsidR="00FC70A7" w:rsidRPr="00B2483C">
        <w:rPr>
          <w:lang w:val="es-US"/>
        </w:rPr>
        <w:t xml:space="preserve"> </w:t>
      </w:r>
      <w:r w:rsidR="00FC70A7" w:rsidRPr="00B2483C">
        <w:rPr>
          <w:b/>
          <w:lang w:val="es-US"/>
        </w:rPr>
        <w:t xml:space="preserve">catorce (14) días </w:t>
      </w:r>
      <w:r w:rsidR="00FC70A7" w:rsidRPr="00B2483C">
        <w:rPr>
          <w:lang w:val="es-US"/>
        </w:rPr>
        <w:t>posteriores a la recepción de est</w:t>
      </w:r>
      <w:r w:rsidRPr="00B2483C">
        <w:rPr>
          <w:lang w:val="es-US"/>
        </w:rPr>
        <w:t>a</w:t>
      </w:r>
      <w:r w:rsidR="00FC70A7" w:rsidRPr="00B2483C">
        <w:rPr>
          <w:lang w:val="es-US"/>
        </w:rPr>
        <w:t xml:space="preserve"> </w:t>
      </w:r>
      <w:r w:rsidRPr="00B2483C">
        <w:rPr>
          <w:lang w:val="es-US"/>
        </w:rPr>
        <w:t>notificación</w:t>
      </w:r>
      <w:r w:rsidR="00FC70A7" w:rsidRPr="00B2483C">
        <w:rPr>
          <w:lang w:val="es-US"/>
        </w:rPr>
        <w:t>.</w:t>
      </w:r>
    </w:p>
    <w:p w14:paraId="38E9B51F" w14:textId="1CE053BC" w:rsidR="000179BC" w:rsidRPr="00B2483C" w:rsidRDefault="00FC70A7" w:rsidP="00726C49">
      <w:pPr>
        <w:spacing w:after="120"/>
        <w:jc w:val="both"/>
        <w:rPr>
          <w:lang w:val="es-US"/>
        </w:rPr>
      </w:pPr>
      <w:r w:rsidRPr="00B2483C">
        <w:rPr>
          <w:b/>
          <w:lang w:val="es-US"/>
        </w:rPr>
        <w:t xml:space="preserve">La documentación </w:t>
      </w:r>
      <w:r w:rsidR="00CE2426" w:rsidRPr="00B2483C">
        <w:rPr>
          <w:b/>
          <w:lang w:val="es-US"/>
        </w:rPr>
        <w:t>válida</w:t>
      </w:r>
      <w:r w:rsidRPr="00B2483C">
        <w:rPr>
          <w:b/>
          <w:lang w:val="es-US"/>
        </w:rPr>
        <w:t xml:space="preserve"> incluye, entre otros</w:t>
      </w:r>
      <w:r w:rsidR="00CE2426" w:rsidRPr="00B2483C">
        <w:rPr>
          <w:b/>
          <w:lang w:val="es-US"/>
        </w:rPr>
        <w:t>, lo siguiente</w:t>
      </w:r>
      <w:r w:rsidRPr="00B2483C">
        <w:rPr>
          <w:b/>
          <w:lang w:val="es-US"/>
        </w:rPr>
        <w:t>:</w:t>
      </w:r>
    </w:p>
    <w:p w14:paraId="78D64651" w14:textId="7A4A6FAE" w:rsidR="000179BC" w:rsidRPr="00B2483C" w:rsidRDefault="00FC70A7" w:rsidP="00726C49">
      <w:pPr>
        <w:pStyle w:val="ListBullet"/>
        <w:spacing w:after="60"/>
        <w:jc w:val="both"/>
        <w:rPr>
          <w:lang w:val="es-US"/>
        </w:rPr>
      </w:pPr>
      <w:r w:rsidRPr="00B2483C">
        <w:rPr>
          <w:lang w:val="es-US"/>
        </w:rPr>
        <w:t>Pasaporte o tarjeta de pasaporte estadounidense</w:t>
      </w:r>
      <w:r w:rsidR="00D73045" w:rsidRPr="00B2483C">
        <w:rPr>
          <w:lang w:val="es-US"/>
        </w:rPr>
        <w:t>.</w:t>
      </w:r>
    </w:p>
    <w:p w14:paraId="4F548C62" w14:textId="14AB5721" w:rsidR="000179BC" w:rsidRPr="00B2483C" w:rsidRDefault="00CE2426" w:rsidP="00726C49">
      <w:pPr>
        <w:pStyle w:val="ListBullet"/>
        <w:spacing w:after="60"/>
        <w:jc w:val="both"/>
        <w:rPr>
          <w:lang w:val="es-US"/>
        </w:rPr>
      </w:pPr>
      <w:r w:rsidRPr="00B2483C">
        <w:rPr>
          <w:lang w:val="es-US"/>
        </w:rPr>
        <w:t>Acta</w:t>
      </w:r>
      <w:r w:rsidR="00FC70A7" w:rsidRPr="00B2483C">
        <w:rPr>
          <w:lang w:val="es-US"/>
        </w:rPr>
        <w:t xml:space="preserve"> de nacimiento</w:t>
      </w:r>
      <w:r w:rsidRPr="00B2483C">
        <w:rPr>
          <w:lang w:val="es-US"/>
        </w:rPr>
        <w:t xml:space="preserve"> expedida en los Estados Unidos (certificada)</w:t>
      </w:r>
      <w:r w:rsidR="00D73045" w:rsidRPr="00B2483C">
        <w:rPr>
          <w:lang w:val="es-US"/>
        </w:rPr>
        <w:t>.</w:t>
      </w:r>
    </w:p>
    <w:p w14:paraId="799A6849" w14:textId="0C3A5CA4" w:rsidR="000179BC" w:rsidRPr="00B2483C" w:rsidRDefault="00FC70A7" w:rsidP="00726C49">
      <w:pPr>
        <w:pStyle w:val="ListBullet"/>
        <w:spacing w:after="60"/>
        <w:jc w:val="both"/>
        <w:rPr>
          <w:lang w:val="es-US"/>
        </w:rPr>
      </w:pPr>
      <w:r w:rsidRPr="00B2483C">
        <w:rPr>
          <w:lang w:val="es-US"/>
        </w:rPr>
        <w:t>Certificado de naturalización estadounidense (</w:t>
      </w:r>
      <w:r w:rsidR="00D552DE" w:rsidRPr="00B2483C">
        <w:rPr>
          <w:lang w:val="es-US"/>
        </w:rPr>
        <w:t>f</w:t>
      </w:r>
      <w:r w:rsidRPr="00B2483C">
        <w:rPr>
          <w:lang w:val="es-US"/>
        </w:rPr>
        <w:t>ormulario N-550 o N-570)</w:t>
      </w:r>
      <w:r w:rsidR="00D73045" w:rsidRPr="00B2483C">
        <w:rPr>
          <w:lang w:val="es-US"/>
        </w:rPr>
        <w:t>.</w:t>
      </w:r>
    </w:p>
    <w:p w14:paraId="339FACCF" w14:textId="3600B647" w:rsidR="000179BC" w:rsidRPr="00B2483C" w:rsidRDefault="00FC70A7" w:rsidP="00726C49">
      <w:pPr>
        <w:pStyle w:val="ListBullet"/>
        <w:spacing w:after="60"/>
        <w:jc w:val="both"/>
        <w:rPr>
          <w:lang w:val="es-US"/>
        </w:rPr>
      </w:pPr>
      <w:r w:rsidRPr="00B2483C">
        <w:rPr>
          <w:lang w:val="es-US"/>
        </w:rPr>
        <w:t xml:space="preserve">Tarjeta de </w:t>
      </w:r>
      <w:r w:rsidR="00D552DE" w:rsidRPr="00B2483C">
        <w:rPr>
          <w:lang w:val="es-US"/>
        </w:rPr>
        <w:t>residencia</w:t>
      </w:r>
      <w:r w:rsidRPr="00B2483C">
        <w:rPr>
          <w:lang w:val="es-US"/>
        </w:rPr>
        <w:t xml:space="preserve"> </w:t>
      </w:r>
      <w:r w:rsidR="00D552DE" w:rsidRPr="00B2483C">
        <w:rPr>
          <w:lang w:val="es-US"/>
        </w:rPr>
        <w:t>p</w:t>
      </w:r>
      <w:r w:rsidRPr="00B2483C">
        <w:rPr>
          <w:lang w:val="es-US"/>
        </w:rPr>
        <w:t>ermanente</w:t>
      </w:r>
      <w:r w:rsidR="00D552DE" w:rsidRPr="00B2483C">
        <w:rPr>
          <w:lang w:val="es-US"/>
        </w:rPr>
        <w:t>, también conocida como</w:t>
      </w:r>
      <w:r w:rsidRPr="00B2483C">
        <w:rPr>
          <w:lang w:val="es-US"/>
        </w:rPr>
        <w:t xml:space="preserve"> </w:t>
      </w:r>
      <w:r w:rsidR="00D552DE" w:rsidRPr="00B2483C">
        <w:rPr>
          <w:lang w:val="es-US"/>
        </w:rPr>
        <w:t>“t</w:t>
      </w:r>
      <w:r w:rsidRPr="00B2483C">
        <w:rPr>
          <w:lang w:val="es-US"/>
        </w:rPr>
        <w:t xml:space="preserve">arjeta </w:t>
      </w:r>
      <w:r w:rsidR="00D552DE" w:rsidRPr="00B2483C">
        <w:rPr>
          <w:lang w:val="es-US"/>
        </w:rPr>
        <w:t>v</w:t>
      </w:r>
      <w:r w:rsidRPr="00B2483C">
        <w:rPr>
          <w:lang w:val="es-US"/>
        </w:rPr>
        <w:t>erde</w:t>
      </w:r>
      <w:r w:rsidR="00D552DE" w:rsidRPr="00B2483C">
        <w:rPr>
          <w:lang w:val="es-US"/>
        </w:rPr>
        <w:t>”</w:t>
      </w:r>
      <w:r w:rsidRPr="00B2483C">
        <w:rPr>
          <w:lang w:val="es-US"/>
        </w:rPr>
        <w:t xml:space="preserve"> (</w:t>
      </w:r>
      <w:r w:rsidR="00D552DE" w:rsidRPr="00B2483C">
        <w:rPr>
          <w:lang w:val="es-US"/>
        </w:rPr>
        <w:t>f</w:t>
      </w:r>
      <w:r w:rsidRPr="00B2483C">
        <w:rPr>
          <w:lang w:val="es-US"/>
        </w:rPr>
        <w:t>ormulario I-551)</w:t>
      </w:r>
      <w:r w:rsidR="00D73045" w:rsidRPr="00B2483C">
        <w:rPr>
          <w:lang w:val="es-US"/>
        </w:rPr>
        <w:t>.</w:t>
      </w:r>
    </w:p>
    <w:p w14:paraId="0FB55772" w14:textId="545D8C32" w:rsidR="000179BC" w:rsidRPr="00B2483C" w:rsidRDefault="00FC70A7" w:rsidP="00726C49">
      <w:pPr>
        <w:pStyle w:val="ListBullet"/>
        <w:spacing w:after="60"/>
        <w:jc w:val="both"/>
        <w:rPr>
          <w:lang w:val="es-US"/>
        </w:rPr>
      </w:pPr>
      <w:r w:rsidRPr="00B2483C">
        <w:rPr>
          <w:lang w:val="es-US"/>
        </w:rPr>
        <w:t xml:space="preserve">Documento de </w:t>
      </w:r>
      <w:r w:rsidR="00D552DE" w:rsidRPr="00B2483C">
        <w:rPr>
          <w:lang w:val="es-US"/>
        </w:rPr>
        <w:t>a</w:t>
      </w:r>
      <w:r w:rsidRPr="00B2483C">
        <w:rPr>
          <w:lang w:val="es-US"/>
        </w:rPr>
        <w:t xml:space="preserve">utorización </w:t>
      </w:r>
      <w:r w:rsidR="00D552DE" w:rsidRPr="00B2483C">
        <w:rPr>
          <w:lang w:val="es-US"/>
        </w:rPr>
        <w:t>laboral</w:t>
      </w:r>
      <w:r w:rsidRPr="00B2483C">
        <w:rPr>
          <w:lang w:val="es-US"/>
        </w:rPr>
        <w:t xml:space="preserve"> (EAD) (</w:t>
      </w:r>
      <w:r w:rsidR="00D552DE" w:rsidRPr="00B2483C">
        <w:rPr>
          <w:lang w:val="es-US"/>
        </w:rPr>
        <w:t>f</w:t>
      </w:r>
      <w:r w:rsidRPr="00B2483C">
        <w:rPr>
          <w:lang w:val="es-US"/>
        </w:rPr>
        <w:t>ormulario I-766)</w:t>
      </w:r>
      <w:r w:rsidR="00D73045" w:rsidRPr="00B2483C">
        <w:rPr>
          <w:lang w:val="es-US"/>
        </w:rPr>
        <w:t>.</w:t>
      </w:r>
    </w:p>
    <w:p w14:paraId="3AE86683" w14:textId="23D8422B" w:rsidR="000179BC" w:rsidRPr="00B2483C" w:rsidRDefault="00FC70A7" w:rsidP="00726C49">
      <w:pPr>
        <w:pStyle w:val="ListBullet"/>
        <w:spacing w:after="60"/>
        <w:jc w:val="both"/>
        <w:rPr>
          <w:lang w:val="es-US"/>
        </w:rPr>
      </w:pPr>
      <w:r w:rsidRPr="00B2483C">
        <w:rPr>
          <w:lang w:val="es-US"/>
        </w:rPr>
        <w:t>Visa de inmigra</w:t>
      </w:r>
      <w:r w:rsidR="00D552DE" w:rsidRPr="00B2483C">
        <w:rPr>
          <w:lang w:val="es-US"/>
        </w:rPr>
        <w:t>ción</w:t>
      </w:r>
      <w:r w:rsidRPr="00B2483C">
        <w:rPr>
          <w:lang w:val="es-US"/>
        </w:rPr>
        <w:t xml:space="preserve"> legible por máquina (con texto temporal del</w:t>
      </w:r>
      <w:r w:rsidR="00D552DE" w:rsidRPr="00B2483C">
        <w:rPr>
          <w:lang w:val="es-US"/>
        </w:rPr>
        <w:t xml:space="preserve"> formulario</w:t>
      </w:r>
      <w:r w:rsidRPr="00B2483C">
        <w:rPr>
          <w:lang w:val="es-US"/>
        </w:rPr>
        <w:t xml:space="preserve"> I-551)</w:t>
      </w:r>
      <w:r w:rsidR="00D73045" w:rsidRPr="00B2483C">
        <w:rPr>
          <w:lang w:val="es-US"/>
        </w:rPr>
        <w:t>.</w:t>
      </w:r>
    </w:p>
    <w:p w14:paraId="00B18EFA" w14:textId="5FE23B3F" w:rsidR="000179BC" w:rsidRPr="00B2483C" w:rsidRDefault="00FC70A7" w:rsidP="00726C49">
      <w:pPr>
        <w:pStyle w:val="ListBullet"/>
        <w:spacing w:after="60"/>
        <w:jc w:val="both"/>
        <w:rPr>
          <w:lang w:val="es-US"/>
        </w:rPr>
      </w:pPr>
      <w:r w:rsidRPr="00B2483C">
        <w:rPr>
          <w:lang w:val="es-US"/>
        </w:rPr>
        <w:t xml:space="preserve">Registro de </w:t>
      </w:r>
      <w:r w:rsidR="00D73045" w:rsidRPr="00B2483C">
        <w:rPr>
          <w:lang w:val="es-US"/>
        </w:rPr>
        <w:t>entradas y salidas</w:t>
      </w:r>
      <w:r w:rsidRPr="00B2483C">
        <w:rPr>
          <w:lang w:val="es-US"/>
        </w:rPr>
        <w:t xml:space="preserve"> (</w:t>
      </w:r>
      <w:r w:rsidR="00D73045" w:rsidRPr="00B2483C">
        <w:rPr>
          <w:lang w:val="es-US"/>
        </w:rPr>
        <w:t>f</w:t>
      </w:r>
      <w:r w:rsidRPr="00B2483C">
        <w:rPr>
          <w:lang w:val="es-US"/>
        </w:rPr>
        <w:t>ormulario I-94) que muestr</w:t>
      </w:r>
      <w:r w:rsidR="00D73045" w:rsidRPr="00B2483C">
        <w:rPr>
          <w:lang w:val="es-US"/>
        </w:rPr>
        <w:t>e</w:t>
      </w:r>
      <w:r w:rsidRPr="00B2483C">
        <w:rPr>
          <w:lang w:val="es-US"/>
        </w:rPr>
        <w:t xml:space="preserve"> </w:t>
      </w:r>
      <w:r w:rsidR="00D73045" w:rsidRPr="00B2483C">
        <w:rPr>
          <w:lang w:val="es-US"/>
        </w:rPr>
        <w:t>una</w:t>
      </w:r>
      <w:r w:rsidRPr="00B2483C">
        <w:rPr>
          <w:lang w:val="es-US"/>
        </w:rPr>
        <w:t xml:space="preserve"> </w:t>
      </w:r>
      <w:r w:rsidR="00D73045" w:rsidRPr="00B2483C">
        <w:rPr>
          <w:lang w:val="es-US"/>
        </w:rPr>
        <w:t>situación migratoria elegible.</w:t>
      </w:r>
    </w:p>
    <w:p w14:paraId="36C6C910" w14:textId="103799D0" w:rsidR="000179BC" w:rsidRPr="00B2483C" w:rsidRDefault="00F628E1" w:rsidP="00726C49">
      <w:pPr>
        <w:spacing w:after="240"/>
        <w:jc w:val="both"/>
        <w:rPr>
          <w:lang w:val="es-US"/>
        </w:rPr>
      </w:pPr>
      <w:r w:rsidRPr="00B2483C">
        <w:rPr>
          <w:lang w:val="es-US"/>
        </w:rPr>
        <w:br/>
      </w:r>
      <w:r w:rsidR="00FC70A7" w:rsidRPr="00B2483C">
        <w:rPr>
          <w:lang w:val="es-US"/>
        </w:rPr>
        <w:t xml:space="preserve">La administración solo utilizará estos documentos para confirmar su </w:t>
      </w:r>
      <w:r w:rsidR="00D73045" w:rsidRPr="00B2483C">
        <w:rPr>
          <w:lang w:val="es-US"/>
        </w:rPr>
        <w:t xml:space="preserve">condición de </w:t>
      </w:r>
      <w:r w:rsidR="00FC70A7" w:rsidRPr="00B2483C">
        <w:rPr>
          <w:lang w:val="es-US"/>
        </w:rPr>
        <w:t xml:space="preserve">ciudadanía o para verificar su </w:t>
      </w:r>
      <w:r w:rsidR="00D73045" w:rsidRPr="00B2483C">
        <w:rPr>
          <w:lang w:val="es-US"/>
        </w:rPr>
        <w:t>situación migratoria</w:t>
      </w:r>
      <w:r w:rsidR="00FC70A7" w:rsidRPr="00B2483C">
        <w:rPr>
          <w:lang w:val="es-US"/>
        </w:rPr>
        <w:t xml:space="preserve"> a través del sistema federal SAVE.</w:t>
      </w:r>
      <w:r w:rsidR="007A66D5" w:rsidRPr="00B2483C">
        <w:rPr>
          <w:lang w:val="es-US"/>
        </w:rPr>
        <w:t xml:space="preserve"> </w:t>
      </w:r>
      <w:r w:rsidR="00FC70A7" w:rsidRPr="00B2483C">
        <w:rPr>
          <w:lang w:val="es-US"/>
        </w:rPr>
        <w:t>Toda la información se trata</w:t>
      </w:r>
      <w:r w:rsidR="00D73045" w:rsidRPr="00B2483C">
        <w:rPr>
          <w:lang w:val="es-US"/>
        </w:rPr>
        <w:t>rá</w:t>
      </w:r>
      <w:r w:rsidR="00FC70A7" w:rsidRPr="00B2483C">
        <w:rPr>
          <w:lang w:val="es-US"/>
        </w:rPr>
        <w:t xml:space="preserve"> de forma confidencial y en estricto cumplimiento</w:t>
      </w:r>
      <w:r w:rsidR="00D73045" w:rsidRPr="00B2483C">
        <w:rPr>
          <w:lang w:val="es-US"/>
        </w:rPr>
        <w:t xml:space="preserve"> normativo</w:t>
      </w:r>
      <w:r w:rsidR="00FC70A7" w:rsidRPr="00B2483C">
        <w:rPr>
          <w:lang w:val="es-US"/>
        </w:rPr>
        <w:t xml:space="preserve"> de las leyes federales de privacidad.</w:t>
      </w:r>
    </w:p>
    <w:p w14:paraId="41A6F4CF" w14:textId="6E7D553B" w:rsidR="00D42D5A" w:rsidRPr="00B2483C" w:rsidRDefault="00FC70A7" w:rsidP="00726C49">
      <w:pPr>
        <w:spacing w:before="240" w:after="120"/>
        <w:jc w:val="both"/>
        <w:rPr>
          <w:lang w:val="es-US"/>
        </w:rPr>
      </w:pPr>
      <w:r w:rsidRPr="00B2483C">
        <w:rPr>
          <w:b/>
          <w:lang w:val="es-US"/>
        </w:rPr>
        <w:t xml:space="preserve">Formulario de </w:t>
      </w:r>
      <w:r w:rsidR="00D73045" w:rsidRPr="00B2483C">
        <w:rPr>
          <w:b/>
          <w:lang w:val="es-US"/>
        </w:rPr>
        <w:t>constancia</w:t>
      </w:r>
      <w:r w:rsidRPr="00B2483C">
        <w:rPr>
          <w:b/>
          <w:lang w:val="es-US"/>
        </w:rPr>
        <w:t xml:space="preserve"> (adjunto)</w:t>
      </w:r>
    </w:p>
    <w:p w14:paraId="3D0A806B" w14:textId="21FB3F3D" w:rsidR="00D42D5A" w:rsidRPr="00B2483C" w:rsidRDefault="00FC70A7" w:rsidP="00726C49">
      <w:pPr>
        <w:spacing w:after="240"/>
        <w:jc w:val="both"/>
        <w:rPr>
          <w:lang w:val="es-US"/>
        </w:rPr>
      </w:pPr>
      <w:r w:rsidRPr="00B2483C">
        <w:rPr>
          <w:lang w:val="es-US"/>
        </w:rPr>
        <w:t>Cada persona que firme un contrato de arrendamiento tambié</w:t>
      </w:r>
      <w:r w:rsidR="00B2483C" w:rsidRPr="00B2483C">
        <w:rPr>
          <w:lang w:val="es-US"/>
        </w:rPr>
        <w:t>n</w:t>
      </w:r>
      <w:r w:rsidRPr="00B2483C">
        <w:rPr>
          <w:lang w:val="es-US"/>
        </w:rPr>
        <w:t xml:space="preserve"> debe firmar un formulario de </w:t>
      </w:r>
      <w:r w:rsidR="00B2483C" w:rsidRPr="00B2483C">
        <w:rPr>
          <w:lang w:val="es-US"/>
        </w:rPr>
        <w:t>constancia</w:t>
      </w:r>
      <w:r w:rsidRPr="00B2483C">
        <w:rPr>
          <w:lang w:val="es-US"/>
        </w:rPr>
        <w:t xml:space="preserve"> en el que </w:t>
      </w:r>
      <w:r w:rsidR="00B2483C" w:rsidRPr="00B2483C">
        <w:rPr>
          <w:lang w:val="es-US"/>
        </w:rPr>
        <w:t>se evidencie</w:t>
      </w:r>
      <w:r w:rsidRPr="00B2483C">
        <w:rPr>
          <w:lang w:val="es-US"/>
        </w:rPr>
        <w:t xml:space="preserve"> que, a su leal saber y entender, no habrá ocupantes en la </w:t>
      </w:r>
      <w:r w:rsidR="00B2483C" w:rsidRPr="00B2483C">
        <w:rPr>
          <w:lang w:val="es-US"/>
        </w:rPr>
        <w:t>unidad</w:t>
      </w:r>
      <w:r w:rsidRPr="00B2483C">
        <w:rPr>
          <w:lang w:val="es-US"/>
        </w:rPr>
        <w:t xml:space="preserve"> que deban incluirse en el contrato de arrendamiento </w:t>
      </w:r>
      <w:r w:rsidR="007C0BAD">
        <w:rPr>
          <w:lang w:val="es-US"/>
        </w:rPr>
        <w:t xml:space="preserve">y </w:t>
      </w:r>
      <w:r w:rsidRPr="00B2483C">
        <w:rPr>
          <w:lang w:val="es-US"/>
        </w:rPr>
        <w:t xml:space="preserve">que no </w:t>
      </w:r>
      <w:r w:rsidR="00B2483C" w:rsidRPr="00B2483C">
        <w:rPr>
          <w:lang w:val="es-US"/>
        </w:rPr>
        <w:t>cuenten con</w:t>
      </w:r>
      <w:r w:rsidRPr="00B2483C">
        <w:rPr>
          <w:lang w:val="es-US"/>
        </w:rPr>
        <w:t xml:space="preserve"> la</w:t>
      </w:r>
      <w:r w:rsidR="00B2483C" w:rsidRPr="00B2483C">
        <w:rPr>
          <w:lang w:val="es-US"/>
        </w:rPr>
        <w:t xml:space="preserve"> condición de</w:t>
      </w:r>
      <w:r w:rsidRPr="00B2483C">
        <w:rPr>
          <w:lang w:val="es-US"/>
        </w:rPr>
        <w:t xml:space="preserve"> ciudadanía estadounidense o un</w:t>
      </w:r>
      <w:r w:rsidR="00B2483C" w:rsidRPr="00B2483C">
        <w:rPr>
          <w:lang w:val="es-US"/>
        </w:rPr>
        <w:t>a</w:t>
      </w:r>
      <w:r w:rsidRPr="00B2483C">
        <w:rPr>
          <w:lang w:val="es-US"/>
        </w:rPr>
        <w:t xml:space="preserve"> </w:t>
      </w:r>
      <w:r w:rsidR="00B2483C" w:rsidRPr="00B2483C">
        <w:rPr>
          <w:lang w:val="es-US"/>
        </w:rPr>
        <w:t>situación</w:t>
      </w:r>
      <w:r w:rsidRPr="00B2483C">
        <w:rPr>
          <w:lang w:val="es-US"/>
        </w:rPr>
        <w:t xml:space="preserve"> </w:t>
      </w:r>
      <w:r w:rsidR="00507268">
        <w:rPr>
          <w:lang w:val="es-US"/>
        </w:rPr>
        <w:t xml:space="preserve">migratoria </w:t>
      </w:r>
      <w:r w:rsidRPr="00B2483C">
        <w:rPr>
          <w:lang w:val="es-US"/>
        </w:rPr>
        <w:t>legal calificad</w:t>
      </w:r>
      <w:r w:rsidR="00B2483C" w:rsidRPr="00B2483C">
        <w:rPr>
          <w:lang w:val="es-US"/>
        </w:rPr>
        <w:t>a</w:t>
      </w:r>
      <w:r w:rsidRPr="00B2483C">
        <w:rPr>
          <w:lang w:val="es-US"/>
        </w:rPr>
        <w:t xml:space="preserve"> </w:t>
      </w:r>
      <w:r w:rsidR="00B2483C" w:rsidRPr="00B2483C">
        <w:rPr>
          <w:lang w:val="es-US"/>
        </w:rPr>
        <w:t>de conformidad con</w:t>
      </w:r>
      <w:r w:rsidRPr="00B2483C">
        <w:rPr>
          <w:lang w:val="es-US"/>
        </w:rPr>
        <w:t xml:space="preserve"> la</w:t>
      </w:r>
      <w:r w:rsidR="00B2483C" w:rsidRPr="00B2483C">
        <w:rPr>
          <w:lang w:val="es-US"/>
        </w:rPr>
        <w:t xml:space="preserve"> Ley</w:t>
      </w:r>
      <w:r w:rsidRPr="00B2483C">
        <w:rPr>
          <w:lang w:val="es-US"/>
        </w:rPr>
        <w:t xml:space="preserve"> PRWORA y, por lo tanto, no sean elegibles para residir en la </w:t>
      </w:r>
      <w:r w:rsidR="00B2483C" w:rsidRPr="00B2483C">
        <w:rPr>
          <w:lang w:val="es-US"/>
        </w:rPr>
        <w:t>unidad</w:t>
      </w:r>
      <w:r w:rsidRPr="00B2483C">
        <w:rPr>
          <w:lang w:val="es-US"/>
        </w:rPr>
        <w:t>.</w:t>
      </w:r>
    </w:p>
    <w:p w14:paraId="031C4628" w14:textId="6D981EEE" w:rsidR="000179BC" w:rsidRPr="00B2483C" w:rsidRDefault="00FC70A7" w:rsidP="00726C49">
      <w:pPr>
        <w:spacing w:before="240" w:after="120"/>
        <w:jc w:val="both"/>
        <w:rPr>
          <w:lang w:val="es-US"/>
        </w:rPr>
      </w:pPr>
      <w:r w:rsidRPr="00B2483C">
        <w:rPr>
          <w:b/>
          <w:lang w:val="es-US"/>
        </w:rPr>
        <w:t>Notificación importante</w:t>
      </w:r>
    </w:p>
    <w:p w14:paraId="6EBC1537" w14:textId="10FBC4E4" w:rsidR="000179BC" w:rsidRPr="00B2483C" w:rsidRDefault="00FC70A7" w:rsidP="00726C49">
      <w:pPr>
        <w:spacing w:after="240"/>
        <w:jc w:val="both"/>
        <w:rPr>
          <w:lang w:val="es-US"/>
        </w:rPr>
      </w:pPr>
      <w:r w:rsidRPr="00126505">
        <w:rPr>
          <w:lang w:val="es-US"/>
        </w:rPr>
        <w:t xml:space="preserve">Si </w:t>
      </w:r>
      <w:r w:rsidR="007C0BAD">
        <w:rPr>
          <w:lang w:val="es-US"/>
        </w:rPr>
        <w:t xml:space="preserve">se </w:t>
      </w:r>
      <w:r w:rsidRPr="00126505">
        <w:rPr>
          <w:lang w:val="es-US"/>
        </w:rPr>
        <w:t xml:space="preserve">no </w:t>
      </w:r>
      <w:r w:rsidR="007A66D5" w:rsidRPr="00126505">
        <w:rPr>
          <w:lang w:val="es-US"/>
        </w:rPr>
        <w:t>facilita</w:t>
      </w:r>
      <w:r w:rsidRPr="00126505">
        <w:rPr>
          <w:lang w:val="es-US"/>
        </w:rPr>
        <w:t xml:space="preserve"> la documentación solicitada, si no </w:t>
      </w:r>
      <w:r w:rsidR="007C0BAD">
        <w:rPr>
          <w:lang w:val="es-US"/>
        </w:rPr>
        <w:t xml:space="preserve">se </w:t>
      </w:r>
      <w:r w:rsidRPr="00126505">
        <w:rPr>
          <w:lang w:val="es-US"/>
        </w:rPr>
        <w:t>confirma la</w:t>
      </w:r>
      <w:r w:rsidR="007A66D5" w:rsidRPr="00126505">
        <w:rPr>
          <w:lang w:val="es-US"/>
        </w:rPr>
        <w:t xml:space="preserve"> condición de</w:t>
      </w:r>
      <w:r w:rsidRPr="00126505">
        <w:rPr>
          <w:lang w:val="es-US"/>
        </w:rPr>
        <w:t xml:space="preserve"> ciudadanía estadounidense o </w:t>
      </w:r>
      <w:r w:rsidR="009F3FBB" w:rsidRPr="00126505">
        <w:rPr>
          <w:lang w:val="es-US"/>
        </w:rPr>
        <w:t>una</w:t>
      </w:r>
      <w:r w:rsidR="007A66D5" w:rsidRPr="00126505">
        <w:rPr>
          <w:lang w:val="es-US"/>
        </w:rPr>
        <w:t xml:space="preserve"> situación </w:t>
      </w:r>
      <w:r w:rsidR="0067108D" w:rsidRPr="00126505">
        <w:rPr>
          <w:lang w:val="es-US"/>
        </w:rPr>
        <w:t xml:space="preserve">migratoria </w:t>
      </w:r>
      <w:r w:rsidR="007A66D5" w:rsidRPr="00126505">
        <w:rPr>
          <w:lang w:val="es-US"/>
        </w:rPr>
        <w:t xml:space="preserve">legal calificada </w:t>
      </w:r>
      <w:r w:rsidRPr="00126505">
        <w:rPr>
          <w:lang w:val="es-US"/>
        </w:rPr>
        <w:t>a través del sistema SAVE, o si no</w:t>
      </w:r>
      <w:r w:rsidR="007C0BAD">
        <w:rPr>
          <w:lang w:val="es-US"/>
        </w:rPr>
        <w:t xml:space="preserve"> se</w:t>
      </w:r>
      <w:r w:rsidRPr="00126505">
        <w:rPr>
          <w:lang w:val="es-US"/>
        </w:rPr>
        <w:t xml:space="preserve"> firma el formulario de </w:t>
      </w:r>
      <w:r w:rsidR="007A66D5" w:rsidRPr="00126505">
        <w:rPr>
          <w:lang w:val="es-US"/>
        </w:rPr>
        <w:t>constancia</w:t>
      </w:r>
      <w:r w:rsidRPr="00126505">
        <w:rPr>
          <w:b/>
          <w:lang w:val="es-US"/>
        </w:rPr>
        <w:t>, s</w:t>
      </w:r>
      <w:r w:rsidR="007A66D5" w:rsidRPr="00126505">
        <w:rPr>
          <w:b/>
          <w:lang w:val="es-US"/>
        </w:rPr>
        <w:t>e</w:t>
      </w:r>
      <w:r w:rsidRPr="00126505">
        <w:rPr>
          <w:b/>
          <w:lang w:val="es-US"/>
        </w:rPr>
        <w:t xml:space="preserve"> </w:t>
      </w:r>
      <w:r w:rsidR="007A66D5" w:rsidRPr="00126505">
        <w:rPr>
          <w:b/>
          <w:lang w:val="es-US"/>
        </w:rPr>
        <w:t xml:space="preserve">negará su </w:t>
      </w:r>
      <w:r w:rsidRPr="00126505">
        <w:rPr>
          <w:b/>
          <w:lang w:val="es-US"/>
        </w:rPr>
        <w:t>solicitud de renovación de</w:t>
      </w:r>
      <w:r w:rsidR="007A66D5" w:rsidRPr="00126505">
        <w:rPr>
          <w:b/>
          <w:lang w:val="es-US"/>
        </w:rPr>
        <w:t>l</w:t>
      </w:r>
      <w:r w:rsidRPr="00126505">
        <w:rPr>
          <w:b/>
          <w:lang w:val="es-US"/>
        </w:rPr>
        <w:t xml:space="preserve"> contrato de arrendamiento </w:t>
      </w:r>
      <w:r w:rsidRPr="00126505">
        <w:rPr>
          <w:lang w:val="es-US"/>
        </w:rPr>
        <w:t xml:space="preserve">según lo estipulado por las </w:t>
      </w:r>
      <w:r w:rsidR="009F3FBB" w:rsidRPr="00126505">
        <w:rPr>
          <w:lang w:val="es-US"/>
        </w:rPr>
        <w:t>pautas</w:t>
      </w:r>
      <w:r w:rsidRPr="00126505">
        <w:rPr>
          <w:lang w:val="es-US"/>
        </w:rPr>
        <w:t xml:space="preserve"> de</w:t>
      </w:r>
      <w:r w:rsidR="009F3FBB" w:rsidRPr="00126505">
        <w:rPr>
          <w:lang w:val="es-US"/>
        </w:rPr>
        <w:t>l</w:t>
      </w:r>
      <w:r w:rsidRPr="00126505">
        <w:rPr>
          <w:lang w:val="es-US"/>
        </w:rPr>
        <w:t xml:space="preserve"> TDHCA.</w:t>
      </w:r>
    </w:p>
    <w:p w14:paraId="4086D106" w14:textId="621BA643" w:rsidR="000179BC" w:rsidRPr="00B2483C" w:rsidRDefault="00FC70A7" w:rsidP="00726C49">
      <w:pPr>
        <w:spacing w:after="240"/>
        <w:jc w:val="both"/>
        <w:rPr>
          <w:lang w:val="es-US"/>
        </w:rPr>
      </w:pPr>
      <w:r w:rsidRPr="00126505">
        <w:rPr>
          <w:lang w:val="es-US"/>
        </w:rPr>
        <w:t>Si tiene</w:t>
      </w:r>
      <w:r w:rsidR="007C0BAD">
        <w:rPr>
          <w:lang w:val="es-US"/>
        </w:rPr>
        <w:t>(n)</w:t>
      </w:r>
      <w:r w:rsidRPr="00126505">
        <w:rPr>
          <w:lang w:val="es-US"/>
        </w:rPr>
        <w:t xml:space="preserve"> alguna pregunta sobre la documentación </w:t>
      </w:r>
      <w:r w:rsidR="00FA5EFE" w:rsidRPr="00126505">
        <w:rPr>
          <w:lang w:val="es-US"/>
        </w:rPr>
        <w:t>solicitada</w:t>
      </w:r>
      <w:r w:rsidRPr="00126505">
        <w:rPr>
          <w:lang w:val="es-US"/>
        </w:rPr>
        <w:t xml:space="preserve"> o</w:t>
      </w:r>
      <w:r w:rsidR="007C0BAD">
        <w:rPr>
          <w:lang w:val="es-US"/>
        </w:rPr>
        <w:t xml:space="preserve"> sobre</w:t>
      </w:r>
      <w:r w:rsidRPr="00126505">
        <w:rPr>
          <w:lang w:val="es-US"/>
        </w:rPr>
        <w:t xml:space="preserve"> el proceso de verificación de</w:t>
      </w:r>
      <w:r w:rsidR="00FA5EFE" w:rsidRPr="00126505">
        <w:rPr>
          <w:lang w:val="es-US"/>
        </w:rPr>
        <w:t xml:space="preserve"> condición de</w:t>
      </w:r>
      <w:r w:rsidRPr="00126505">
        <w:rPr>
          <w:lang w:val="es-US"/>
        </w:rPr>
        <w:t xml:space="preserve"> ciudadanía</w:t>
      </w:r>
      <w:r w:rsidR="00FA5EFE" w:rsidRPr="00126505">
        <w:rPr>
          <w:lang w:val="es-US"/>
        </w:rPr>
        <w:t xml:space="preserve"> o de situación migratoria legal</w:t>
      </w:r>
      <w:r w:rsidRPr="00126505">
        <w:rPr>
          <w:lang w:val="es-US"/>
        </w:rPr>
        <w:t>, comuníquese</w:t>
      </w:r>
      <w:r w:rsidR="007C0BAD">
        <w:rPr>
          <w:lang w:val="es-US"/>
        </w:rPr>
        <w:t xml:space="preserve"> (comuníquense)</w:t>
      </w:r>
      <w:r w:rsidRPr="00126505">
        <w:rPr>
          <w:lang w:val="es-US"/>
        </w:rPr>
        <w:t xml:space="preserve"> con la oficina de administración de inmediato </w:t>
      </w:r>
      <w:r w:rsidR="0069186E" w:rsidRPr="00126505">
        <w:rPr>
          <w:lang w:val="es-US"/>
        </w:rPr>
        <w:t xml:space="preserve">llamando </w:t>
      </w:r>
      <w:r w:rsidRPr="00126505">
        <w:rPr>
          <w:lang w:val="es-US"/>
        </w:rPr>
        <w:t>al [</w:t>
      </w:r>
      <w:r w:rsidR="0069186E" w:rsidRPr="00126505">
        <w:rPr>
          <w:lang w:val="es-CO"/>
        </w:rPr>
        <w:t>Property Phone Number</w:t>
      </w:r>
      <w:r w:rsidRPr="00126505">
        <w:rPr>
          <w:lang w:val="es-US"/>
        </w:rPr>
        <w:t xml:space="preserve">] o </w:t>
      </w:r>
      <w:r w:rsidR="0069186E" w:rsidRPr="00126505">
        <w:rPr>
          <w:lang w:val="es-US"/>
        </w:rPr>
        <w:t>escribiendo a la dirección de</w:t>
      </w:r>
      <w:r w:rsidRPr="00126505">
        <w:rPr>
          <w:lang w:val="es-US"/>
        </w:rPr>
        <w:t xml:space="preserve"> correo electrónico [</w:t>
      </w:r>
      <w:r w:rsidR="0069186E" w:rsidRPr="00126505">
        <w:rPr>
          <w:lang w:val="es-CO"/>
        </w:rPr>
        <w:t>Property Email Address</w:t>
      </w:r>
      <w:r w:rsidRPr="00126505">
        <w:rPr>
          <w:lang w:val="es-US"/>
        </w:rPr>
        <w:t>].</w:t>
      </w:r>
    </w:p>
    <w:p w14:paraId="0F0DAF45" w14:textId="08DE944E" w:rsidR="000179BC" w:rsidRPr="00B2483C" w:rsidRDefault="00FC70A7" w:rsidP="00726C49">
      <w:pPr>
        <w:spacing w:after="480"/>
        <w:jc w:val="both"/>
        <w:rPr>
          <w:lang w:val="es-US"/>
        </w:rPr>
      </w:pPr>
      <w:r w:rsidRPr="00126505">
        <w:rPr>
          <w:lang w:val="es-US"/>
        </w:rPr>
        <w:t>Gracias por su pronta atención a este asunto y por su continua cooperación.</w:t>
      </w:r>
    </w:p>
    <w:p w14:paraId="1B09A69C" w14:textId="71DD15D1" w:rsidR="000179BC" w:rsidRPr="00B2483C" w:rsidRDefault="00FC70A7" w:rsidP="00393E9D">
      <w:pPr>
        <w:spacing w:after="0"/>
        <w:rPr>
          <w:b/>
          <w:lang w:val="es-US"/>
        </w:rPr>
      </w:pPr>
      <w:r w:rsidRPr="00126505">
        <w:rPr>
          <w:lang w:val="es-US"/>
        </w:rPr>
        <w:t>Atentamente,</w:t>
      </w:r>
      <w:r w:rsidR="00126505" w:rsidRPr="00B2483C">
        <w:rPr>
          <w:lang w:val="es-US"/>
        </w:rPr>
        <w:t xml:space="preserve"> </w:t>
      </w:r>
      <w:r w:rsidR="00F628E1" w:rsidRPr="00B2483C">
        <w:rPr>
          <w:lang w:val="es-US"/>
        </w:rPr>
        <w:br/>
      </w:r>
      <w:r w:rsidR="00F628E1" w:rsidRPr="00B2483C">
        <w:rPr>
          <w:lang w:val="es-US"/>
        </w:rPr>
        <w:br/>
      </w:r>
      <w:r w:rsidRPr="00126505">
        <w:rPr>
          <w:b/>
          <w:lang w:val="es-US"/>
        </w:rPr>
        <w:t>Equipo de administración de propiedades</w:t>
      </w:r>
    </w:p>
    <w:p w14:paraId="7FA24931" w14:textId="77777777" w:rsidR="003B1B60" w:rsidRPr="00B2483C" w:rsidRDefault="003B1B60" w:rsidP="00393E9D">
      <w:pPr>
        <w:spacing w:after="0"/>
        <w:rPr>
          <w:b/>
          <w:lang w:val="es-US"/>
        </w:rPr>
      </w:pPr>
    </w:p>
    <w:p w14:paraId="5A3F2A2D" w14:textId="2EB2C631" w:rsidR="006652A3" w:rsidRDefault="006652A3" w:rsidP="00393E9D">
      <w:pPr>
        <w:spacing w:after="0"/>
        <w:rPr>
          <w:b/>
          <w:u w:val="single"/>
          <w:lang w:val="es-US"/>
        </w:rPr>
      </w:pPr>
      <w:sdt>
        <w:sdtPr>
          <w:rPr>
            <w:b/>
          </w:rPr>
          <w:id w:val="2063290508"/>
          <w:placeholder>
            <w:docPart w:val="FB9D37D2B9F24F0C80F8B70E46EC947A"/>
          </w:placeholder>
          <w:showingPlcHdr/>
        </w:sdtPr>
        <w:sdtContent>
          <w:r w:rsidRPr="006652A3">
            <w:rPr>
              <w:rStyle w:val="PlaceholderText"/>
              <w:u w:val="single"/>
            </w:rPr>
            <w:t>Click or tap here to enter text.</w:t>
          </w:r>
        </w:sdtContent>
      </w:sdt>
    </w:p>
    <w:p w14:paraId="51C5E7AB" w14:textId="270086C6" w:rsidR="00393E9D" w:rsidRPr="00B2483C" w:rsidRDefault="00126505" w:rsidP="00393E9D">
      <w:pPr>
        <w:spacing w:after="0"/>
        <w:rPr>
          <w:lang w:val="es-US"/>
        </w:rPr>
      </w:pPr>
      <w:r>
        <w:rPr>
          <w:lang w:val="es-US"/>
        </w:rPr>
        <w:t>Nombre de la propiedad o empresa administradora</w:t>
      </w:r>
    </w:p>
    <w:p w14:paraId="4E83C9BC" w14:textId="77777777" w:rsidR="00393E9D" w:rsidRPr="00B2483C" w:rsidRDefault="00393E9D" w:rsidP="00393E9D">
      <w:pPr>
        <w:spacing w:after="0"/>
        <w:rPr>
          <w:lang w:val="es-US"/>
        </w:rPr>
      </w:pPr>
    </w:p>
    <w:p w14:paraId="73213BDC" w14:textId="77777777" w:rsidR="006652A3" w:rsidRDefault="006652A3" w:rsidP="006652A3">
      <w:pPr>
        <w:tabs>
          <w:tab w:val="left" w:pos="7992"/>
        </w:tabs>
        <w:spacing w:after="0"/>
        <w:rPr>
          <w:lang w:val="es-US"/>
        </w:rPr>
      </w:pPr>
      <w:sdt>
        <w:sdtPr>
          <w:rPr>
            <w:b/>
          </w:rPr>
          <w:id w:val="-1401126537"/>
          <w:placeholder>
            <w:docPart w:val="19686B50A0BC4F97923B0D1DF4DC19EC"/>
          </w:placeholder>
          <w:showingPlcHdr/>
        </w:sdtPr>
        <w:sdtContent>
          <w:r w:rsidRPr="006652A3">
            <w:rPr>
              <w:rStyle w:val="PlaceholderText"/>
              <w:u w:val="single"/>
            </w:rPr>
            <w:t>Click or tap here to enter text.</w:t>
          </w:r>
        </w:sdtContent>
      </w:sdt>
      <w:r w:rsidRPr="00126505">
        <w:rPr>
          <w:lang w:val="es-US"/>
        </w:rPr>
        <w:t xml:space="preserve"> </w:t>
      </w:r>
    </w:p>
    <w:p w14:paraId="67B9E41A" w14:textId="16E53B50" w:rsidR="00393E9D" w:rsidRPr="00B2483C" w:rsidRDefault="00FC70A7" w:rsidP="006652A3">
      <w:pPr>
        <w:tabs>
          <w:tab w:val="left" w:pos="7992"/>
        </w:tabs>
        <w:spacing w:after="0"/>
        <w:rPr>
          <w:lang w:val="es-US"/>
        </w:rPr>
      </w:pPr>
      <w:r w:rsidRPr="00126505">
        <w:rPr>
          <w:lang w:val="es-US"/>
        </w:rPr>
        <w:t>Información de contacto</w:t>
      </w:r>
      <w:r w:rsidR="006652A3">
        <w:rPr>
          <w:lang w:val="es-US"/>
        </w:rPr>
        <w:tab/>
      </w:r>
    </w:p>
    <w:sectPr w:rsidR="00393E9D" w:rsidRPr="00B2483C" w:rsidSect="009861A9">
      <w:footerReference w:type="default" r:id="rId8"/>
      <w:pgSz w:w="12240" w:h="15840"/>
      <w:pgMar w:top="864" w:right="1440" w:bottom="86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0FC14" w14:textId="77777777" w:rsidR="001522BD" w:rsidRDefault="001522BD" w:rsidP="009861A9">
      <w:pPr>
        <w:spacing w:after="0" w:line="240" w:lineRule="auto"/>
      </w:pPr>
      <w:r>
        <w:separator/>
      </w:r>
    </w:p>
  </w:endnote>
  <w:endnote w:type="continuationSeparator" w:id="0">
    <w:p w14:paraId="00646D52" w14:textId="77777777" w:rsidR="001522BD" w:rsidRDefault="001522BD" w:rsidP="00986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9E80E" w14:textId="7CE78543" w:rsidR="009861A9" w:rsidRDefault="009861A9" w:rsidP="009861A9">
    <w:pPr>
      <w:pStyle w:val="Footer"/>
      <w:jc w:val="right"/>
    </w:pPr>
    <w:r w:rsidRPr="009861A9">
      <w:rPr>
        <w:lang w:val="es-ES"/>
      </w:rPr>
      <w:t>Revisado el 29/09/2026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E2254" w14:textId="77777777" w:rsidR="001522BD" w:rsidRDefault="001522BD" w:rsidP="009861A9">
      <w:pPr>
        <w:spacing w:after="0" w:line="240" w:lineRule="auto"/>
      </w:pPr>
      <w:r>
        <w:separator/>
      </w:r>
    </w:p>
  </w:footnote>
  <w:footnote w:type="continuationSeparator" w:id="0">
    <w:p w14:paraId="09031F53" w14:textId="77777777" w:rsidR="001522BD" w:rsidRDefault="001522BD" w:rsidP="009861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6417665">
    <w:abstractNumId w:val="8"/>
  </w:num>
  <w:num w:numId="2" w16cid:durableId="517040821">
    <w:abstractNumId w:val="6"/>
  </w:num>
  <w:num w:numId="3" w16cid:durableId="13504911">
    <w:abstractNumId w:val="5"/>
  </w:num>
  <w:num w:numId="4" w16cid:durableId="1524124308">
    <w:abstractNumId w:val="4"/>
  </w:num>
  <w:num w:numId="5" w16cid:durableId="1990742847">
    <w:abstractNumId w:val="7"/>
  </w:num>
  <w:num w:numId="6" w16cid:durableId="82148066">
    <w:abstractNumId w:val="3"/>
  </w:num>
  <w:num w:numId="7" w16cid:durableId="544610493">
    <w:abstractNumId w:val="2"/>
  </w:num>
  <w:num w:numId="8" w16cid:durableId="1399132702">
    <w:abstractNumId w:val="1"/>
  </w:num>
  <w:num w:numId="9" w16cid:durableId="132778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9BC"/>
    <w:rsid w:val="00034616"/>
    <w:rsid w:val="0006063C"/>
    <w:rsid w:val="000C760F"/>
    <w:rsid w:val="00112CCC"/>
    <w:rsid w:val="00126505"/>
    <w:rsid w:val="0013403C"/>
    <w:rsid w:val="00150538"/>
    <w:rsid w:val="0015074B"/>
    <w:rsid w:val="001522BD"/>
    <w:rsid w:val="00172288"/>
    <w:rsid w:val="0017332A"/>
    <w:rsid w:val="00204311"/>
    <w:rsid w:val="002315AB"/>
    <w:rsid w:val="0024540C"/>
    <w:rsid w:val="00282F41"/>
    <w:rsid w:val="0028302D"/>
    <w:rsid w:val="002930CC"/>
    <w:rsid w:val="0029639D"/>
    <w:rsid w:val="002F18C1"/>
    <w:rsid w:val="00313A3B"/>
    <w:rsid w:val="00326F90"/>
    <w:rsid w:val="00393E9D"/>
    <w:rsid w:val="003B1B60"/>
    <w:rsid w:val="003F2B9E"/>
    <w:rsid w:val="00405314"/>
    <w:rsid w:val="004C4242"/>
    <w:rsid w:val="00507268"/>
    <w:rsid w:val="005455E3"/>
    <w:rsid w:val="005755C3"/>
    <w:rsid w:val="005A20E3"/>
    <w:rsid w:val="00611D32"/>
    <w:rsid w:val="00651B26"/>
    <w:rsid w:val="006652A3"/>
    <w:rsid w:val="0067108D"/>
    <w:rsid w:val="0069186E"/>
    <w:rsid w:val="006A31F9"/>
    <w:rsid w:val="006A62F8"/>
    <w:rsid w:val="006C30DB"/>
    <w:rsid w:val="00725584"/>
    <w:rsid w:val="00726C49"/>
    <w:rsid w:val="00741ED4"/>
    <w:rsid w:val="00770DEC"/>
    <w:rsid w:val="00773F63"/>
    <w:rsid w:val="007A66D5"/>
    <w:rsid w:val="007C0BAD"/>
    <w:rsid w:val="00851D37"/>
    <w:rsid w:val="00922D48"/>
    <w:rsid w:val="00923B29"/>
    <w:rsid w:val="009861A9"/>
    <w:rsid w:val="009A7E01"/>
    <w:rsid w:val="009C3D97"/>
    <w:rsid w:val="009F3FBB"/>
    <w:rsid w:val="009F7EAA"/>
    <w:rsid w:val="00A021C5"/>
    <w:rsid w:val="00A57F38"/>
    <w:rsid w:val="00AA1D8D"/>
    <w:rsid w:val="00AA1EAB"/>
    <w:rsid w:val="00B2483C"/>
    <w:rsid w:val="00B47730"/>
    <w:rsid w:val="00B6669F"/>
    <w:rsid w:val="00B73584"/>
    <w:rsid w:val="00BD465F"/>
    <w:rsid w:val="00C16BAF"/>
    <w:rsid w:val="00C25E14"/>
    <w:rsid w:val="00C45056"/>
    <w:rsid w:val="00C74AC4"/>
    <w:rsid w:val="00C9736C"/>
    <w:rsid w:val="00CB0664"/>
    <w:rsid w:val="00CE2426"/>
    <w:rsid w:val="00CF5CE8"/>
    <w:rsid w:val="00D06611"/>
    <w:rsid w:val="00D21CB7"/>
    <w:rsid w:val="00D42D5A"/>
    <w:rsid w:val="00D552DE"/>
    <w:rsid w:val="00D5735B"/>
    <w:rsid w:val="00D73045"/>
    <w:rsid w:val="00EA6CB8"/>
    <w:rsid w:val="00EC2AEA"/>
    <w:rsid w:val="00F2460D"/>
    <w:rsid w:val="00F628E1"/>
    <w:rsid w:val="00FA5EFE"/>
    <w:rsid w:val="00FC693F"/>
    <w:rsid w:val="00FC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76A5D4"/>
  <w14:defaultImageDpi w14:val="330"/>
  <w15:docId w15:val="{F1FD14A2-214D-4D62-9277-B1D5B76D6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6A62F8"/>
    <w:pPr>
      <w:spacing w:after="0" w:line="240" w:lineRule="auto"/>
    </w:pPr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6A62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62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62F8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62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62F8"/>
    <w:rPr>
      <w:rFonts w:ascii="Arial" w:hAnsi="Arial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C2AEA"/>
    <w:rPr>
      <w:color w:val="666666"/>
    </w:rPr>
  </w:style>
  <w:style w:type="character" w:customStyle="1" w:styleId="tw4winMark">
    <w:name w:val="tw4winMark"/>
    <w:rPr>
      <w:vanish/>
      <w:color w:val="800080"/>
      <w:vertAlign w:val="sub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3E59EA-9459-4D47-ADFB-A824E33A414E}"/>
      </w:docPartPr>
      <w:docPartBody>
        <w:p w:rsidR="00B32BC4" w:rsidRDefault="00024547">
          <w:r w:rsidRPr="00C743C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37B422C62A44B0B1E9C12C91888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295E31-BCEE-46EA-92B2-6D27DCD0E5E2}"/>
      </w:docPartPr>
      <w:docPartBody>
        <w:p w:rsidR="00B32BC4" w:rsidRDefault="00024547" w:rsidP="00024547">
          <w:pPr>
            <w:pStyle w:val="6837B422C62A44B0B1E9C12C91888EC6"/>
          </w:pPr>
          <w:r w:rsidRPr="00C743C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9D37D2B9F24F0C80F8B70E46EC94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8E1E1D-4B2A-4DC9-A208-4AE22123D9BC}"/>
      </w:docPartPr>
      <w:docPartBody>
        <w:p w:rsidR="00B32BC4" w:rsidRDefault="00024547" w:rsidP="00024547">
          <w:pPr>
            <w:pStyle w:val="FB9D37D2B9F24F0C80F8B70E46EC947A"/>
          </w:pPr>
          <w:r w:rsidRPr="00C743C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686B50A0BC4F97923B0D1DF4DC19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019E3E-77AD-4D23-9EA0-754E9C14BA83}"/>
      </w:docPartPr>
      <w:docPartBody>
        <w:p w:rsidR="00B32BC4" w:rsidRDefault="00024547" w:rsidP="00024547">
          <w:pPr>
            <w:pStyle w:val="19686B50A0BC4F97923B0D1DF4DC19EC"/>
          </w:pPr>
          <w:r w:rsidRPr="00C743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547"/>
    <w:rsid w:val="00024547"/>
    <w:rsid w:val="002F18C1"/>
    <w:rsid w:val="00B3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24547"/>
    <w:rPr>
      <w:color w:val="666666"/>
    </w:rPr>
  </w:style>
  <w:style w:type="paragraph" w:customStyle="1" w:styleId="6837B422C62A44B0B1E9C12C91888EC6">
    <w:name w:val="6837B422C62A44B0B1E9C12C91888EC6"/>
    <w:rsid w:val="00024547"/>
  </w:style>
  <w:style w:type="paragraph" w:customStyle="1" w:styleId="FB9D37D2B9F24F0C80F8B70E46EC947A">
    <w:name w:val="FB9D37D2B9F24F0C80F8B70E46EC947A"/>
    <w:rsid w:val="00024547"/>
  </w:style>
  <w:style w:type="paragraph" w:customStyle="1" w:styleId="19686B50A0BC4F97923B0D1DF4DC19EC">
    <w:name w:val="19686B50A0BC4F97923B0D1DF4DC19EC"/>
    <w:rsid w:val="000245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27477B-105A-41B5-A5BE-E12193AA7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Universe Technical Translation</Company>
  <LinksUpToDate>false</LinksUpToDate>
  <CharactersWithSpaces>4976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Universe Technical Translation</dc:creator>
  <cp:keywords/>
  <dc:description>57384_90_Day_renewal_Notice_MSWORD_Form_Fillable_SP.docx, tr. UTT, ed. RVC, 09/28/2026</dc:description>
  <cp:lastModifiedBy>Bryan Small</cp:lastModifiedBy>
  <cp:revision>25</cp:revision>
  <dcterms:created xsi:type="dcterms:W3CDTF">2026-09-21T20:53:00Z</dcterms:created>
  <dcterms:modified xsi:type="dcterms:W3CDTF">2026-09-29T15:28:00Z</dcterms:modified>
  <cp:category/>
</cp:coreProperties>
</file>